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C3C49" w14:textId="7AFF0E2C" w:rsidR="00C9027C" w:rsidRPr="00C9027C" w:rsidRDefault="00C9027C" w:rsidP="00C9027C">
      <w:pPr>
        <w:pStyle w:val="a9"/>
        <w:jc w:val="center"/>
        <w:rPr>
          <w:rFonts w:ascii="Times New Roman" w:hAnsi="Times New Roman" w:cs="Times New Roman"/>
          <w:b/>
          <w:bCs/>
          <w:sz w:val="24"/>
          <w:szCs w:val="24"/>
          <w:lang w:val="ru-RU"/>
        </w:rPr>
      </w:pPr>
      <w:r w:rsidRPr="00C9027C">
        <w:rPr>
          <w:rFonts w:ascii="Times New Roman" w:hAnsi="Times New Roman" w:cs="Times New Roman"/>
          <w:b/>
          <w:bCs/>
          <w:sz w:val="24"/>
          <w:szCs w:val="24"/>
          <w:lang w:val="kk-KZ"/>
        </w:rPr>
        <w:t>Д</w:t>
      </w:r>
      <w:r w:rsidRPr="00C9027C">
        <w:rPr>
          <w:rFonts w:ascii="Times New Roman" w:hAnsi="Times New Roman" w:cs="Times New Roman"/>
          <w:b/>
          <w:bCs/>
          <w:sz w:val="24"/>
          <w:szCs w:val="24"/>
          <w:lang w:val="ru-RU"/>
        </w:rPr>
        <w:t xml:space="preserve">.Баландин </w:t>
      </w:r>
      <w:proofErr w:type="spellStart"/>
      <w:r w:rsidRPr="00C9027C">
        <w:rPr>
          <w:rFonts w:ascii="Times New Roman" w:hAnsi="Times New Roman" w:cs="Times New Roman"/>
          <w:b/>
          <w:bCs/>
          <w:sz w:val="24"/>
          <w:szCs w:val="24"/>
          <w:lang w:val="ru-RU"/>
        </w:rPr>
        <w:t>атындағы</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бассейні</w:t>
      </w:r>
      <w:proofErr w:type="spellEnd"/>
      <w:r w:rsidRPr="00C9027C">
        <w:rPr>
          <w:rFonts w:ascii="Times New Roman" w:hAnsi="Times New Roman" w:cs="Times New Roman"/>
          <w:b/>
          <w:bCs/>
          <w:sz w:val="24"/>
          <w:szCs w:val="24"/>
          <w:lang w:val="ru-RU"/>
        </w:rPr>
        <w:t xml:space="preserve"> бар </w:t>
      </w:r>
      <w:proofErr w:type="spellStart"/>
      <w:r w:rsidRPr="00C9027C">
        <w:rPr>
          <w:rFonts w:ascii="Times New Roman" w:hAnsi="Times New Roman" w:cs="Times New Roman"/>
          <w:b/>
          <w:bCs/>
          <w:sz w:val="24"/>
          <w:szCs w:val="24"/>
          <w:lang w:val="ru-RU"/>
        </w:rPr>
        <w:t>спорттық-дене</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шынықтыру</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кешенін</w:t>
      </w:r>
      <w:proofErr w:type="spellEnd"/>
      <w:r w:rsidRPr="00C9027C">
        <w:rPr>
          <w:rFonts w:ascii="Times New Roman" w:hAnsi="Times New Roman" w:cs="Times New Roman"/>
          <w:b/>
          <w:bCs/>
          <w:sz w:val="24"/>
          <w:szCs w:val="24"/>
          <w:lang w:val="ru-RU"/>
        </w:rPr>
        <w:br/>
      </w:r>
      <w:proofErr w:type="spellStart"/>
      <w:r w:rsidRPr="00C9027C">
        <w:rPr>
          <w:rFonts w:ascii="Times New Roman" w:hAnsi="Times New Roman" w:cs="Times New Roman"/>
          <w:b/>
          <w:bCs/>
          <w:sz w:val="24"/>
          <w:szCs w:val="24"/>
          <w:lang w:val="ru-RU"/>
        </w:rPr>
        <w:t>сатып</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алу</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құқығынсыз</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сенімгерлік</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басқаруға</w:t>
      </w:r>
      <w:proofErr w:type="spellEnd"/>
      <w:r w:rsidRPr="00C9027C">
        <w:rPr>
          <w:rFonts w:ascii="Times New Roman" w:hAnsi="Times New Roman" w:cs="Times New Roman"/>
          <w:b/>
          <w:bCs/>
          <w:sz w:val="24"/>
          <w:szCs w:val="24"/>
          <w:lang w:val="ru-RU"/>
        </w:rPr>
        <w:t xml:space="preserve"> беру </w:t>
      </w:r>
      <w:proofErr w:type="spellStart"/>
      <w:r w:rsidRPr="00C9027C">
        <w:rPr>
          <w:rFonts w:ascii="Times New Roman" w:hAnsi="Times New Roman" w:cs="Times New Roman"/>
          <w:b/>
          <w:bCs/>
          <w:sz w:val="24"/>
          <w:szCs w:val="24"/>
          <w:lang w:val="ru-RU"/>
        </w:rPr>
        <w:t>бойынша</w:t>
      </w:r>
      <w:proofErr w:type="spellEnd"/>
    </w:p>
    <w:p w14:paraId="0B1490D7" w14:textId="4D215993" w:rsidR="008A442E" w:rsidRPr="00C9027C" w:rsidRDefault="00C9027C" w:rsidP="00C9027C">
      <w:pPr>
        <w:pStyle w:val="a9"/>
        <w:jc w:val="center"/>
        <w:rPr>
          <w:b/>
          <w:bCs/>
          <w:sz w:val="20"/>
          <w:szCs w:val="20"/>
          <w:lang w:val="ru-RU"/>
        </w:rPr>
      </w:pPr>
      <w:proofErr w:type="spellStart"/>
      <w:r w:rsidRPr="00C9027C">
        <w:rPr>
          <w:rFonts w:ascii="Times New Roman" w:hAnsi="Times New Roman" w:cs="Times New Roman"/>
          <w:b/>
          <w:bCs/>
          <w:sz w:val="24"/>
          <w:szCs w:val="24"/>
          <w:lang w:val="ru-RU"/>
        </w:rPr>
        <w:t>конкурсқа</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қатысушыларға</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қойылатын</w:t>
      </w:r>
      <w:proofErr w:type="spellEnd"/>
      <w:r w:rsidRPr="00C9027C">
        <w:rPr>
          <w:rFonts w:ascii="Times New Roman" w:hAnsi="Times New Roman" w:cs="Times New Roman"/>
          <w:b/>
          <w:bCs/>
          <w:sz w:val="24"/>
          <w:szCs w:val="24"/>
          <w:lang w:val="ru-RU"/>
        </w:rPr>
        <w:br/>
      </w:r>
      <w:proofErr w:type="spellStart"/>
      <w:r w:rsidRPr="00C9027C">
        <w:rPr>
          <w:rFonts w:ascii="Times New Roman" w:hAnsi="Times New Roman" w:cs="Times New Roman"/>
          <w:b/>
          <w:bCs/>
          <w:sz w:val="24"/>
          <w:szCs w:val="24"/>
          <w:lang w:val="ru-RU"/>
        </w:rPr>
        <w:t>біліктілік</w:t>
      </w:r>
      <w:proofErr w:type="spellEnd"/>
      <w:r w:rsidRPr="00C9027C">
        <w:rPr>
          <w:rFonts w:ascii="Times New Roman" w:hAnsi="Times New Roman" w:cs="Times New Roman"/>
          <w:b/>
          <w:bCs/>
          <w:sz w:val="24"/>
          <w:szCs w:val="24"/>
          <w:lang w:val="ru-RU"/>
        </w:rPr>
        <w:t xml:space="preserve"> </w:t>
      </w:r>
      <w:proofErr w:type="spellStart"/>
      <w:r w:rsidRPr="00C9027C">
        <w:rPr>
          <w:rFonts w:ascii="Times New Roman" w:hAnsi="Times New Roman" w:cs="Times New Roman"/>
          <w:b/>
          <w:bCs/>
          <w:sz w:val="24"/>
          <w:szCs w:val="24"/>
          <w:lang w:val="ru-RU"/>
        </w:rPr>
        <w:t>талаптары</w:t>
      </w:r>
      <w:proofErr w:type="spellEnd"/>
      <w:r w:rsidR="0045585D" w:rsidRPr="00C9027C">
        <w:rPr>
          <w:b/>
          <w:bCs/>
          <w:sz w:val="20"/>
          <w:szCs w:val="20"/>
          <w:lang w:val="ru-RU"/>
        </w:rPr>
        <w:br/>
      </w:r>
    </w:p>
    <w:p w14:paraId="2A350661" w14:textId="77777777" w:rsidR="00C9027C" w:rsidRDefault="00C9027C" w:rsidP="00534C57">
      <w:pPr>
        <w:ind w:firstLine="720"/>
        <w:jc w:val="both"/>
        <w:rPr>
          <w:rFonts w:cs="Times New Roman"/>
          <w:b/>
          <w:lang w:val="ru-RU"/>
        </w:rPr>
      </w:pPr>
    </w:p>
    <w:p w14:paraId="76DCD406" w14:textId="25CFA68C" w:rsidR="008A442E" w:rsidRPr="00534C57" w:rsidRDefault="0045585D" w:rsidP="00534C57">
      <w:pPr>
        <w:ind w:firstLine="720"/>
        <w:jc w:val="both"/>
        <w:rPr>
          <w:rFonts w:cs="Times New Roman"/>
          <w:lang w:val="ru-RU"/>
        </w:rPr>
      </w:pPr>
      <w:r w:rsidRPr="00534C57">
        <w:rPr>
          <w:rFonts w:cs="Times New Roman"/>
          <w:lang w:val="ru-RU"/>
        </w:rPr>
        <w:t xml:space="preserve">Осы </w:t>
      </w:r>
      <w:proofErr w:type="spellStart"/>
      <w:r w:rsidRPr="00534C57">
        <w:rPr>
          <w:rFonts w:cs="Times New Roman"/>
          <w:lang w:val="ru-RU"/>
        </w:rPr>
        <w:t>біліктілік</w:t>
      </w:r>
      <w:proofErr w:type="spellEnd"/>
      <w:r w:rsidRPr="00534C57">
        <w:rPr>
          <w:rFonts w:cs="Times New Roman"/>
          <w:lang w:val="ru-RU"/>
        </w:rPr>
        <w:t xml:space="preserve"> </w:t>
      </w:r>
      <w:proofErr w:type="spellStart"/>
      <w:r w:rsidRPr="00534C57">
        <w:rPr>
          <w:rFonts w:cs="Times New Roman"/>
          <w:lang w:val="ru-RU"/>
        </w:rPr>
        <w:t>талаптары</w:t>
      </w:r>
      <w:proofErr w:type="spellEnd"/>
      <w:r w:rsidRPr="00534C57">
        <w:rPr>
          <w:rFonts w:cs="Times New Roman"/>
          <w:lang w:val="ru-RU"/>
        </w:rPr>
        <w:t xml:space="preserve"> </w:t>
      </w:r>
      <w:proofErr w:type="spellStart"/>
      <w:r w:rsidRPr="00534C57">
        <w:rPr>
          <w:rFonts w:cs="Times New Roman"/>
          <w:lang w:val="ru-RU"/>
        </w:rPr>
        <w:t>объектіні</w:t>
      </w:r>
      <w:proofErr w:type="spellEnd"/>
      <w:r w:rsidRPr="00534C57">
        <w:rPr>
          <w:rFonts w:cs="Times New Roman"/>
          <w:lang w:val="ru-RU"/>
        </w:rPr>
        <w:t xml:space="preserve"> </w:t>
      </w:r>
      <w:proofErr w:type="spellStart"/>
      <w:r w:rsidRPr="00534C57">
        <w:rPr>
          <w:rFonts w:cs="Times New Roman"/>
          <w:lang w:val="ru-RU"/>
        </w:rPr>
        <w:t>қауіпсіз</w:t>
      </w:r>
      <w:proofErr w:type="spellEnd"/>
      <w:r w:rsidRPr="00534C57">
        <w:rPr>
          <w:rFonts w:cs="Times New Roman"/>
          <w:lang w:val="ru-RU"/>
        </w:rPr>
        <w:t>, үздіксіз және тиімді пайдалануды, оның сақталуын және нысаналы мақсатына сәйкес пайдаланылуын қамтамасыз ету үшін қажетті кадрлық, техникалық, ұйымдастырушылық және қаржылық ресурстары, жүзу бассейндері мен спорттық-дене шынықтыру объектілерін пайдалану бойынша расталған тәжірибесі бар кәсіби және қаржылық тұрақты сенімгер басқарушыны іріктеу мақсатында белгіленеді.</w:t>
      </w:r>
    </w:p>
    <w:p w14:paraId="10BED136"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1. Қатысушыға қойылатын жалпы талаптар</w:t>
      </w:r>
    </w:p>
    <w:p w14:paraId="2E3DD9B3" w14:textId="77777777" w:rsidR="00534C57" w:rsidRPr="003C35C7" w:rsidRDefault="00534C57">
      <w:pPr>
        <w:rPr>
          <w:rFonts w:cs="Times New Roman"/>
          <w:b/>
          <w:lang w:val="ru-RU"/>
        </w:rPr>
      </w:pPr>
    </w:p>
    <w:p w14:paraId="036CAECE" w14:textId="5AF96FAB" w:rsidR="008A442E" w:rsidRPr="00534C57" w:rsidRDefault="0045585D" w:rsidP="00534C57">
      <w:pPr>
        <w:jc w:val="both"/>
        <w:rPr>
          <w:rFonts w:cs="Times New Roman"/>
          <w:lang w:val="ru-RU"/>
        </w:rPr>
      </w:pPr>
      <w:r w:rsidRPr="00534C57">
        <w:rPr>
          <w:rFonts w:cs="Times New Roman"/>
          <w:b/>
          <w:lang w:val="ru-RU"/>
        </w:rPr>
        <w:t>1.1. Қатысушы Қазақстан Республикасының резиденті болып табылатын, заңнамада белгіленген тәртіппен тіркелген және қызметін жүзеге асыратын заңды тұлға болуы тиіс.</w:t>
      </w:r>
    </w:p>
    <w:p w14:paraId="7B7AD26C" w14:textId="77777777" w:rsidR="008A442E" w:rsidRPr="00534C57" w:rsidRDefault="0045585D" w:rsidP="00534C57">
      <w:pPr>
        <w:jc w:val="both"/>
        <w:rPr>
          <w:rFonts w:cs="Times New Roman"/>
          <w:lang w:val="ru-RU"/>
        </w:rPr>
      </w:pPr>
      <w:r w:rsidRPr="00534C57">
        <w:rPr>
          <w:rFonts w:cs="Times New Roman"/>
          <w:b/>
          <w:lang w:val="ru-RU"/>
        </w:rPr>
        <w:t>1.2. Қатысушы тарату, банкроттық немесе оңалту процесінде болмауға, сондай-ақ оның қызметі белгіленген тәртіппен тоқтатылмауға тиіс.</w:t>
      </w:r>
    </w:p>
    <w:p w14:paraId="31E78547" w14:textId="77777777" w:rsidR="008A442E" w:rsidRPr="00534C57" w:rsidRDefault="0045585D" w:rsidP="00534C57">
      <w:pPr>
        <w:jc w:val="both"/>
        <w:rPr>
          <w:rFonts w:cs="Times New Roman"/>
          <w:lang w:val="ru-RU"/>
        </w:rPr>
      </w:pPr>
      <w:r w:rsidRPr="00534C57">
        <w:rPr>
          <w:rFonts w:cs="Times New Roman"/>
          <w:b/>
          <w:lang w:val="ru-RU"/>
        </w:rPr>
        <w:t>1.3. Қатысушының мерзімі өткен салық берешегі және сенімгерлік басқару шарты бойынша міндеттемелерді тиісінше орындауға кедергі келтіретін өзге де мән-жайлары болмауға тиіс.</w:t>
      </w:r>
    </w:p>
    <w:p w14:paraId="19F0BB01" w14:textId="77777777" w:rsidR="008A442E" w:rsidRPr="00534C57" w:rsidRDefault="0045585D" w:rsidP="00534C57">
      <w:pPr>
        <w:jc w:val="both"/>
        <w:rPr>
          <w:rFonts w:cs="Times New Roman"/>
          <w:lang w:val="ru-RU"/>
        </w:rPr>
      </w:pPr>
      <w:r w:rsidRPr="00534C57">
        <w:rPr>
          <w:rFonts w:cs="Times New Roman"/>
          <w:b/>
          <w:lang w:val="ru-RU"/>
        </w:rPr>
        <w:t>1.4. Қатысушы ұсынылған барлық мәліметтердің дұрыстығын растайды және Комиссияның оларды тексеруіне, оның ішінде заңнамада жол берілетін шектерде объектілердің меншік иелері мен теңгерім ұстаушыларына, контрагенттерге және өзге де ұйымдарға сұрау салуға келісім береді.</w:t>
      </w:r>
    </w:p>
    <w:p w14:paraId="4342D068" w14:textId="77777777" w:rsidR="008A442E" w:rsidRPr="003C35C7" w:rsidRDefault="0045585D">
      <w:pPr>
        <w:pStyle w:val="1"/>
        <w:rPr>
          <w:rFonts w:ascii="Times New Roman" w:hAnsi="Times New Roman" w:cs="Times New Roman"/>
          <w:lang w:val="ru-RU"/>
        </w:rPr>
      </w:pPr>
      <w:r w:rsidRPr="00534C57">
        <w:rPr>
          <w:rFonts w:ascii="Times New Roman" w:hAnsi="Times New Roman" w:cs="Times New Roman"/>
          <w:lang w:val="ru-RU"/>
        </w:rPr>
        <w:t xml:space="preserve">2. </w:t>
      </w:r>
      <w:proofErr w:type="spellStart"/>
      <w:r w:rsidRPr="00534C57">
        <w:rPr>
          <w:rFonts w:ascii="Times New Roman" w:hAnsi="Times New Roman" w:cs="Times New Roman"/>
          <w:lang w:val="ru-RU"/>
        </w:rPr>
        <w:t>Бассейндері</w:t>
      </w:r>
      <w:proofErr w:type="spellEnd"/>
      <w:r w:rsidRPr="00534C57">
        <w:rPr>
          <w:rFonts w:ascii="Times New Roman" w:hAnsi="Times New Roman" w:cs="Times New Roman"/>
          <w:lang w:val="ru-RU"/>
        </w:rPr>
        <w:t xml:space="preserve"> бар </w:t>
      </w:r>
      <w:proofErr w:type="spellStart"/>
      <w:r w:rsidRPr="00534C57">
        <w:rPr>
          <w:rFonts w:ascii="Times New Roman" w:hAnsi="Times New Roman" w:cs="Times New Roman"/>
          <w:lang w:val="ru-RU"/>
        </w:rPr>
        <w:t>объектілерді</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басқару</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және</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пайдалану</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тәжірибесі</w:t>
      </w:r>
      <w:proofErr w:type="spellEnd"/>
    </w:p>
    <w:p w14:paraId="38F86970" w14:textId="77777777" w:rsidR="00534C57" w:rsidRPr="003C35C7" w:rsidRDefault="00534C57" w:rsidP="00534C57">
      <w:pPr>
        <w:rPr>
          <w:lang w:val="ru-RU"/>
        </w:rPr>
      </w:pPr>
    </w:p>
    <w:p w14:paraId="754204B6" w14:textId="77777777" w:rsidR="008A442E" w:rsidRPr="00534C57" w:rsidRDefault="0045585D" w:rsidP="00534C57">
      <w:pPr>
        <w:jc w:val="both"/>
        <w:rPr>
          <w:rFonts w:cs="Times New Roman"/>
          <w:lang w:val="ru-RU"/>
        </w:rPr>
      </w:pPr>
      <w:r w:rsidRPr="00534C57">
        <w:rPr>
          <w:rFonts w:cs="Times New Roman"/>
          <w:b/>
          <w:lang w:val="ru-RU"/>
        </w:rPr>
        <w:t xml:space="preserve">2.1. </w:t>
      </w:r>
      <w:proofErr w:type="spellStart"/>
      <w:r w:rsidRPr="00534C57">
        <w:rPr>
          <w:rFonts w:cs="Times New Roman"/>
          <w:b/>
          <w:lang w:val="ru-RU"/>
        </w:rPr>
        <w:t>Бассейндері</w:t>
      </w:r>
      <w:proofErr w:type="spellEnd"/>
      <w:r w:rsidRPr="00534C57">
        <w:rPr>
          <w:rFonts w:cs="Times New Roman"/>
          <w:b/>
          <w:lang w:val="ru-RU"/>
        </w:rPr>
        <w:t xml:space="preserve"> бар </w:t>
      </w:r>
      <w:proofErr w:type="spellStart"/>
      <w:r w:rsidRPr="00534C57">
        <w:rPr>
          <w:rFonts w:cs="Times New Roman"/>
          <w:b/>
          <w:lang w:val="ru-RU"/>
        </w:rPr>
        <w:t>спорттық</w:t>
      </w:r>
      <w:proofErr w:type="spellEnd"/>
      <w:r w:rsidRPr="00534C57">
        <w:rPr>
          <w:rFonts w:cs="Times New Roman"/>
          <w:b/>
          <w:lang w:val="ru-RU"/>
        </w:rPr>
        <w:t xml:space="preserve">, </w:t>
      </w:r>
      <w:proofErr w:type="spellStart"/>
      <w:r w:rsidRPr="00534C57">
        <w:rPr>
          <w:rFonts w:cs="Times New Roman"/>
          <w:b/>
          <w:lang w:val="ru-RU"/>
        </w:rPr>
        <w:t>дене</w:t>
      </w:r>
      <w:proofErr w:type="spellEnd"/>
      <w:r w:rsidRPr="00534C57">
        <w:rPr>
          <w:rFonts w:cs="Times New Roman"/>
          <w:b/>
          <w:lang w:val="ru-RU"/>
        </w:rPr>
        <w:t xml:space="preserve"> шынықтыру-сауықтыру объектілерін кемінде 5 (бес) жыл басқару және/немесе дербес пайдалану бойынша расталған тәжірибесінің болуы.</w:t>
      </w:r>
    </w:p>
    <w:p w14:paraId="00BBBFA5" w14:textId="77777777" w:rsidR="008A442E" w:rsidRPr="00534C57" w:rsidRDefault="0045585D" w:rsidP="00534C57">
      <w:pPr>
        <w:jc w:val="both"/>
        <w:rPr>
          <w:rFonts w:cs="Times New Roman"/>
          <w:lang w:val="ru-RU"/>
        </w:rPr>
      </w:pPr>
      <w:r w:rsidRPr="00534C57">
        <w:rPr>
          <w:rFonts w:cs="Times New Roman"/>
          <w:b/>
          <w:lang w:val="ru-RU"/>
        </w:rPr>
        <w:t>2.2. Соңғы 3 (үш) жыл ішінде бассейндері бар кемінде 3 (үш) жұмыс істеп тұрған объектіні бір мезгілде пайдалану тәжірибесінің болуы.</w:t>
      </w:r>
    </w:p>
    <w:p w14:paraId="3DB3C46E" w14:textId="77777777" w:rsidR="008A442E" w:rsidRPr="00534C57" w:rsidRDefault="0045585D" w:rsidP="00534C57">
      <w:pPr>
        <w:jc w:val="both"/>
        <w:rPr>
          <w:rFonts w:cs="Times New Roman"/>
          <w:lang w:val="ru-RU"/>
        </w:rPr>
      </w:pPr>
      <w:r w:rsidRPr="00534C57">
        <w:rPr>
          <w:rFonts w:cs="Times New Roman"/>
          <w:b/>
          <w:lang w:val="ru-RU"/>
        </w:rPr>
        <w:t>2.3. Конкурстық өтінім берілген күні қатысушының меншігінде, жалдауында, сенімгерлік басқаруында не өзге де заңды негізде қатысушы дербес пайдаланатын кемінде 3 (үш) жұмыс істеп тұрған бассейнді объект болуы тиіс.</w:t>
      </w:r>
    </w:p>
    <w:p w14:paraId="34837F3D" w14:textId="77777777" w:rsidR="008A442E" w:rsidRPr="00534C57" w:rsidRDefault="0045585D" w:rsidP="00534C57">
      <w:pPr>
        <w:jc w:val="both"/>
        <w:rPr>
          <w:rFonts w:cs="Times New Roman"/>
          <w:lang w:val="ru-RU"/>
        </w:rPr>
      </w:pPr>
      <w:r w:rsidRPr="00534C57">
        <w:rPr>
          <w:rFonts w:cs="Times New Roman"/>
          <w:b/>
          <w:lang w:val="ru-RU"/>
        </w:rPr>
        <w:lastRenderedPageBreak/>
        <w:t>2.4. Көрсетілген бассейндері бар объектілердің кемінде біреуін қатысушы кемінде 3 (үш) жыл үздіксіз пайдалануға тиіс.</w:t>
      </w:r>
    </w:p>
    <w:p w14:paraId="33B50CD8" w14:textId="77777777" w:rsidR="008A442E" w:rsidRPr="00534C57" w:rsidRDefault="0045585D" w:rsidP="00534C57">
      <w:pPr>
        <w:jc w:val="both"/>
        <w:rPr>
          <w:rFonts w:cs="Times New Roman"/>
          <w:lang w:val="ru-RU"/>
        </w:rPr>
      </w:pPr>
      <w:r w:rsidRPr="00534C57">
        <w:rPr>
          <w:rFonts w:cs="Times New Roman"/>
          <w:b/>
          <w:lang w:val="ru-RU"/>
        </w:rPr>
        <w:t>2.5. Егер берілетін Объектіде сыныптастығы мен мақсаты ұқсас бассейн көзделсе, қатысушының ұзындығы кемінде 25 метр бассейнді кемінде бір объектіні пайдалану бойынша расталған тәжірибесі болуы тиіс.</w:t>
      </w:r>
    </w:p>
    <w:p w14:paraId="43BA9176" w14:textId="77777777" w:rsidR="008A442E" w:rsidRPr="00534C57" w:rsidRDefault="0045585D" w:rsidP="00534C57">
      <w:pPr>
        <w:jc w:val="both"/>
        <w:rPr>
          <w:rFonts w:cs="Times New Roman"/>
          <w:lang w:val="ru-RU"/>
        </w:rPr>
      </w:pPr>
      <w:r w:rsidRPr="00534C57">
        <w:rPr>
          <w:rFonts w:cs="Times New Roman"/>
          <w:b/>
          <w:lang w:val="ru-RU"/>
        </w:rPr>
        <w:t>2.6. Пайдалану тәжірибесі деп қатысушының операциялық қызмет кешенін іс жүзінде жүзеге асыруы түсініледі: объектінің және персоналдың жұмысын ұйымдастыру, келушілерге қызмет көрсету, қызметтерді өткізу, санитариялық-гигиеналық режимді қамтамасыз ету, бассейнді, су дайындау, сүзу, мөлшерлеу, желдету жүйелерін және өзге де инженерлік жүйелерді техникалық пайдалану.</w:t>
      </w:r>
    </w:p>
    <w:p w14:paraId="676B3149" w14:textId="77777777" w:rsidR="008A442E" w:rsidRPr="00534C57" w:rsidRDefault="0045585D" w:rsidP="00534C57">
      <w:pPr>
        <w:jc w:val="both"/>
        <w:rPr>
          <w:rFonts w:cs="Times New Roman"/>
          <w:lang w:val="ru-RU"/>
        </w:rPr>
      </w:pPr>
      <w:r w:rsidRPr="00534C57">
        <w:rPr>
          <w:rFonts w:cs="Times New Roman"/>
          <w:b/>
          <w:lang w:val="ru-RU"/>
        </w:rPr>
        <w:t>2.7. Үшінші тұлғаның объектісі аумағында тиісті бассейнді қатысушы дербес операциялық пайдалануды жүзеге асырмай, тек спорттық, жаттықтырушылық, консультациялық немесе ұйымдастырушылық қызметтер көрсетуі жеткілікті тәжірибе болып танылмайды.</w:t>
      </w:r>
    </w:p>
    <w:p w14:paraId="05323DED" w14:textId="357DD67F" w:rsidR="00DF1974" w:rsidRPr="00534C57" w:rsidRDefault="00DF1974" w:rsidP="00534C57">
      <w:pPr>
        <w:rPr>
          <w:rFonts w:cs="Times New Roman"/>
          <w:lang w:val="ru-RU"/>
        </w:rPr>
      </w:pPr>
      <w:r w:rsidRPr="00534C57">
        <w:rPr>
          <w:rFonts w:cs="Times New Roman"/>
          <w:b/>
          <w:bCs/>
          <w:lang w:val="ru-RU"/>
        </w:rPr>
        <w:t>2.8. Тәжірибені растау үшін әртүрлі заңды тұлғалардың меншігінде, жалдауында немесе басқаруында тұрған объектілер, егер мұндай объектілер бірыңғай брендпен пайдаланылса, есепке алынуы мүмкін.</w:t>
      </w:r>
    </w:p>
    <w:p w14:paraId="4F7759AA" w14:textId="52DE8DB4" w:rsidR="00DF1974" w:rsidRPr="00534C57" w:rsidRDefault="00DF1974" w:rsidP="00534C57">
      <w:pPr>
        <w:rPr>
          <w:rFonts w:cs="Times New Roman"/>
          <w:lang w:val="ru-RU"/>
        </w:rPr>
      </w:pPr>
      <w:r w:rsidRPr="00534C57">
        <w:rPr>
          <w:rFonts w:cs="Times New Roman"/>
          <w:b/>
          <w:bCs/>
          <w:lang w:val="ru-RU"/>
        </w:rPr>
        <w:t>2.9. Бірыңғай брендті пайдалану құқығы құжатпен расталуға тиіс. Растайтын құжаттар ретінде тауар белгісін тіркеу туралы куәлік, лицензиялық шарт, коммерциялық концессия шарты не Қазақстан Республикасының заңнамасына сәйкес брендті пайдалану құқығын растайтын өзге де құжат қолданылуы мүмкін.</w:t>
      </w:r>
    </w:p>
    <w:p w14:paraId="164E9A0F" w14:textId="77777777" w:rsidR="008A442E" w:rsidRPr="003C35C7" w:rsidRDefault="0045585D">
      <w:pPr>
        <w:pStyle w:val="1"/>
        <w:rPr>
          <w:rFonts w:ascii="Times New Roman" w:hAnsi="Times New Roman" w:cs="Times New Roman"/>
          <w:lang w:val="ru-RU"/>
        </w:rPr>
      </w:pPr>
      <w:r w:rsidRPr="00534C57">
        <w:rPr>
          <w:rFonts w:ascii="Times New Roman" w:hAnsi="Times New Roman" w:cs="Times New Roman"/>
          <w:lang w:val="ru-RU"/>
        </w:rPr>
        <w:t xml:space="preserve">3. Бассейндерді </w:t>
      </w:r>
      <w:proofErr w:type="spellStart"/>
      <w:r w:rsidRPr="00534C57">
        <w:rPr>
          <w:rFonts w:ascii="Times New Roman" w:hAnsi="Times New Roman" w:cs="Times New Roman"/>
          <w:lang w:val="ru-RU"/>
        </w:rPr>
        <w:t>пайдалану</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құқығын</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және</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іс</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жүзінде</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пайдаланылуын</w:t>
      </w:r>
      <w:proofErr w:type="spellEnd"/>
      <w:r w:rsidRPr="00534C57">
        <w:rPr>
          <w:rFonts w:ascii="Times New Roman" w:hAnsi="Times New Roman" w:cs="Times New Roman"/>
          <w:lang w:val="ru-RU"/>
        </w:rPr>
        <w:t xml:space="preserve"> </w:t>
      </w:r>
      <w:proofErr w:type="spellStart"/>
      <w:r w:rsidRPr="00534C57">
        <w:rPr>
          <w:rFonts w:ascii="Times New Roman" w:hAnsi="Times New Roman" w:cs="Times New Roman"/>
          <w:lang w:val="ru-RU"/>
        </w:rPr>
        <w:t>растау</w:t>
      </w:r>
      <w:proofErr w:type="spellEnd"/>
    </w:p>
    <w:p w14:paraId="4ECEA243" w14:textId="77777777" w:rsidR="00534C57" w:rsidRPr="003C35C7" w:rsidRDefault="00534C57" w:rsidP="00534C57">
      <w:pPr>
        <w:rPr>
          <w:lang w:val="ru-RU"/>
        </w:rPr>
      </w:pPr>
    </w:p>
    <w:p w14:paraId="6078F170" w14:textId="77777777" w:rsidR="008A442E" w:rsidRPr="00534C57" w:rsidRDefault="0045585D" w:rsidP="00534C57">
      <w:pPr>
        <w:jc w:val="both"/>
        <w:rPr>
          <w:rFonts w:cs="Times New Roman"/>
          <w:lang w:val="ru-RU"/>
        </w:rPr>
      </w:pPr>
      <w:r w:rsidRPr="00534C57">
        <w:rPr>
          <w:rFonts w:cs="Times New Roman"/>
          <w:b/>
          <w:lang w:val="ru-RU"/>
        </w:rPr>
        <w:t xml:space="preserve">3.1. </w:t>
      </w:r>
      <w:proofErr w:type="spellStart"/>
      <w:r w:rsidRPr="00534C57">
        <w:rPr>
          <w:rFonts w:cs="Times New Roman"/>
          <w:b/>
          <w:lang w:val="ru-RU"/>
        </w:rPr>
        <w:t>Мәлімделген</w:t>
      </w:r>
      <w:proofErr w:type="spellEnd"/>
      <w:r w:rsidRPr="00534C57">
        <w:rPr>
          <w:rFonts w:cs="Times New Roman"/>
          <w:b/>
          <w:lang w:val="ru-RU"/>
        </w:rPr>
        <w:t xml:space="preserve"> </w:t>
      </w:r>
      <w:proofErr w:type="spellStart"/>
      <w:r w:rsidRPr="00534C57">
        <w:rPr>
          <w:rFonts w:cs="Times New Roman"/>
          <w:b/>
          <w:lang w:val="ru-RU"/>
        </w:rPr>
        <w:t>әрбір</w:t>
      </w:r>
      <w:proofErr w:type="spellEnd"/>
      <w:r w:rsidRPr="00534C57">
        <w:rPr>
          <w:rFonts w:cs="Times New Roman"/>
          <w:b/>
          <w:lang w:val="ru-RU"/>
        </w:rPr>
        <w:t xml:space="preserve"> </w:t>
      </w:r>
      <w:proofErr w:type="spellStart"/>
      <w:r w:rsidRPr="00534C57">
        <w:rPr>
          <w:rFonts w:cs="Times New Roman"/>
          <w:b/>
          <w:lang w:val="ru-RU"/>
        </w:rPr>
        <w:t>объектіні</w:t>
      </w:r>
      <w:proofErr w:type="spellEnd"/>
      <w:r w:rsidRPr="00534C57">
        <w:rPr>
          <w:rFonts w:cs="Times New Roman"/>
          <w:b/>
          <w:lang w:val="ru-RU"/>
        </w:rPr>
        <w:t xml:space="preserve"> </w:t>
      </w:r>
      <w:proofErr w:type="spellStart"/>
      <w:r w:rsidRPr="00534C57">
        <w:rPr>
          <w:rFonts w:cs="Times New Roman"/>
          <w:b/>
          <w:lang w:val="ru-RU"/>
        </w:rPr>
        <w:t>пайдалану</w:t>
      </w:r>
      <w:proofErr w:type="spellEnd"/>
      <w:r w:rsidRPr="00534C57">
        <w:rPr>
          <w:rFonts w:cs="Times New Roman"/>
          <w:b/>
          <w:lang w:val="ru-RU"/>
        </w:rPr>
        <w:t xml:space="preserve"> құқығы меншік құқығын, жалдау, сенімгерлік басқару шарттарымен не пайдалануға және пайдалануға заңды негіз белгілейтін өзге де құжаттармен расталады.</w:t>
      </w:r>
    </w:p>
    <w:p w14:paraId="1AD3342D" w14:textId="77777777" w:rsidR="008A442E" w:rsidRPr="00534C57" w:rsidRDefault="0045585D" w:rsidP="00534C57">
      <w:pPr>
        <w:jc w:val="both"/>
        <w:rPr>
          <w:rFonts w:cs="Times New Roman"/>
          <w:lang w:val="ru-RU"/>
        </w:rPr>
      </w:pPr>
      <w:r w:rsidRPr="00534C57">
        <w:rPr>
          <w:rFonts w:cs="Times New Roman"/>
          <w:b/>
          <w:lang w:val="ru-RU"/>
        </w:rPr>
        <w:t>3.2. Конкурс өткізілетін күнге жұмыс істеп тұрған ретінде мәлімделетін объектілер бойынша тиісті шарт өтінім берілген күні қолданыста болуы тиіс. Конкурс алдында біліктілікті формалды түрде иемденуге жол бермеу үшін Комиссия конкурстық құжаттамада белгіленген алдыңғы кезең ішінде мәлімделген объектілердің іс жүзінде пайдаланылғанын растауды талап етуге құқылы.</w:t>
      </w:r>
    </w:p>
    <w:p w14:paraId="338557B3" w14:textId="77777777" w:rsidR="008A442E" w:rsidRPr="00534C57" w:rsidRDefault="0045585D" w:rsidP="00534C57">
      <w:pPr>
        <w:jc w:val="both"/>
        <w:rPr>
          <w:rFonts w:cs="Times New Roman"/>
          <w:lang w:val="ru-RU"/>
        </w:rPr>
      </w:pPr>
      <w:r w:rsidRPr="00534C57">
        <w:rPr>
          <w:rFonts w:cs="Times New Roman"/>
          <w:b/>
          <w:lang w:val="ru-RU"/>
        </w:rPr>
        <w:t>3.3. Іс жүзіндегі пайдалану құжаттардың жиынтығымен расталады: қабылдау-тапсыру актілерімен, төлем құжаттарымен, қаржылық есептілікпен, қызметтерді өткізу туралы мәліметтермен, есепке алу/CRM жүйесінің деректерімен, персоналға қатысты құжаттармен және өзге де объективті дәлелдермен.</w:t>
      </w:r>
    </w:p>
    <w:p w14:paraId="1D822E18" w14:textId="77777777" w:rsidR="008A442E" w:rsidRPr="00534C57" w:rsidRDefault="0045585D" w:rsidP="00534C57">
      <w:pPr>
        <w:jc w:val="both"/>
        <w:rPr>
          <w:rFonts w:cs="Times New Roman"/>
          <w:lang w:val="ru-RU"/>
        </w:rPr>
      </w:pPr>
      <w:r w:rsidRPr="00534C57">
        <w:rPr>
          <w:rFonts w:cs="Times New Roman"/>
          <w:b/>
          <w:lang w:val="ru-RU"/>
        </w:rPr>
        <w:lastRenderedPageBreak/>
        <w:t>3.4. Комиссия құжаттамалық тексеру жүргізуге және қажет болған жағдайда қатысушының жұмыс істеп тұрған объектілеріне барып қарап-тексеруге құқылы.</w:t>
      </w:r>
    </w:p>
    <w:p w14:paraId="262F0DCF"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4. Келушілермен жұмыс істеу және коммерциялық пайдалану тәжірибесі</w:t>
      </w:r>
    </w:p>
    <w:p w14:paraId="763195CA" w14:textId="77777777" w:rsidR="008A442E" w:rsidRPr="00534C57" w:rsidRDefault="0045585D" w:rsidP="00534C57">
      <w:pPr>
        <w:jc w:val="both"/>
        <w:rPr>
          <w:rFonts w:cs="Times New Roman"/>
          <w:lang w:val="ru-RU"/>
        </w:rPr>
      </w:pPr>
      <w:r w:rsidRPr="00534C57">
        <w:rPr>
          <w:rFonts w:cs="Times New Roman"/>
          <w:b/>
          <w:lang w:val="ru-RU"/>
        </w:rPr>
        <w:t>4.1. Бассейндері бар объектілерде келушілердің едәуір ағынына қызмет көрсету бойынша расталған тәжірибесінің болуы. Айына бірегей келушілердің нақты ең төменгі көрсеткішін берілетін Объектінің жобалық қуатын ескере отырып белгілеу ұсынылады.</w:t>
      </w:r>
    </w:p>
    <w:p w14:paraId="674C4D2F" w14:textId="77777777" w:rsidR="008A442E" w:rsidRPr="00534C57" w:rsidRDefault="0045585D" w:rsidP="00534C57">
      <w:pPr>
        <w:jc w:val="both"/>
        <w:rPr>
          <w:rFonts w:cs="Times New Roman"/>
          <w:lang w:val="ru-RU"/>
        </w:rPr>
      </w:pPr>
      <w:r w:rsidRPr="00534C57">
        <w:rPr>
          <w:rFonts w:cs="Times New Roman"/>
          <w:b/>
          <w:lang w:val="ru-RU"/>
        </w:rPr>
        <w:t>4.2. Абонементтерді, топтық және жеке сабақтарды, спорттық бағдарламаларды және рұқсат етілген өзге де қызметтерді өткізуді қоса алғанда, бассейндері бар объектілерді пайдаланудан дербес кіріс алу бойынша кемінде 3 (үш) жыл расталған тәжірибесінің болуы.</w:t>
      </w:r>
    </w:p>
    <w:p w14:paraId="7539E601" w14:textId="77777777" w:rsidR="008A442E" w:rsidRPr="00534C57" w:rsidRDefault="0045585D" w:rsidP="00534C57">
      <w:pPr>
        <w:jc w:val="both"/>
        <w:rPr>
          <w:rFonts w:cs="Times New Roman"/>
          <w:lang w:val="ru-RU"/>
        </w:rPr>
      </w:pPr>
      <w:r w:rsidRPr="00534C57">
        <w:rPr>
          <w:rFonts w:cs="Times New Roman"/>
          <w:b/>
          <w:lang w:val="ru-RU"/>
        </w:rPr>
        <w:t>4.3. Қатысушының клиенттік сервисті ұйымдастыру, келушілерді қабылдау және тіркеу, келушілерді, сатылымдарды, қайтарымдарды, өтініштерді есепке алу және спорттық аймақтардың жүктемесін бақылау тәжірибесі болуы тиіс.</w:t>
      </w:r>
    </w:p>
    <w:p w14:paraId="49399DB6" w14:textId="77777777" w:rsidR="008A442E" w:rsidRPr="00534C57" w:rsidRDefault="0045585D" w:rsidP="00534C57">
      <w:pPr>
        <w:pStyle w:val="1"/>
        <w:jc w:val="both"/>
        <w:rPr>
          <w:rFonts w:ascii="Times New Roman" w:hAnsi="Times New Roman" w:cs="Times New Roman"/>
          <w:lang w:val="ru-RU"/>
        </w:rPr>
      </w:pPr>
      <w:r w:rsidRPr="00534C57">
        <w:rPr>
          <w:rFonts w:ascii="Times New Roman" w:hAnsi="Times New Roman" w:cs="Times New Roman"/>
          <w:lang w:val="ru-RU"/>
        </w:rPr>
        <w:t>5. Спорттық және әлеуметтік қызмет</w:t>
      </w:r>
    </w:p>
    <w:p w14:paraId="426437F1" w14:textId="77777777" w:rsidR="008A442E" w:rsidRPr="00534C57" w:rsidRDefault="0045585D" w:rsidP="00534C57">
      <w:pPr>
        <w:jc w:val="both"/>
        <w:rPr>
          <w:rFonts w:cs="Times New Roman"/>
          <w:lang w:val="ru-RU"/>
        </w:rPr>
      </w:pPr>
      <w:r w:rsidRPr="00534C57">
        <w:rPr>
          <w:rFonts w:cs="Times New Roman"/>
          <w:b/>
          <w:lang w:val="ru-RU"/>
        </w:rPr>
        <w:t>5.1. Балалар мен ересектерді жүзуге оқытуды, балалар-жасөспірімдер топтарын және/немесе спорттық-сауықтыру бағдарламаларын ұйымдастыру бойынша расталған тәжірибесінің болуы.</w:t>
      </w:r>
    </w:p>
    <w:p w14:paraId="19C2F6D0" w14:textId="77777777" w:rsidR="008A442E" w:rsidRPr="00534C57" w:rsidRDefault="0045585D" w:rsidP="00534C57">
      <w:pPr>
        <w:jc w:val="both"/>
        <w:rPr>
          <w:rFonts w:cs="Times New Roman"/>
          <w:lang w:val="ru-RU"/>
        </w:rPr>
      </w:pPr>
      <w:r w:rsidRPr="00534C57">
        <w:rPr>
          <w:rFonts w:cs="Times New Roman"/>
          <w:b/>
          <w:lang w:val="ru-RU"/>
        </w:rPr>
        <w:t>5.2. Жүзу және/немесе су спортының өзге де түрлері бойынша оқу-жаттығу процесін ұйымдастыру тәжірибесінің болуы.</w:t>
      </w:r>
    </w:p>
    <w:p w14:paraId="6783505E" w14:textId="77777777" w:rsidR="008A442E" w:rsidRPr="00534C57" w:rsidRDefault="0045585D" w:rsidP="00534C57">
      <w:pPr>
        <w:jc w:val="both"/>
        <w:rPr>
          <w:rFonts w:cs="Times New Roman"/>
          <w:lang w:val="ru-RU"/>
        </w:rPr>
      </w:pPr>
      <w:r w:rsidRPr="00534C57">
        <w:rPr>
          <w:rFonts w:cs="Times New Roman"/>
          <w:b/>
          <w:lang w:val="ru-RU"/>
        </w:rPr>
        <w:t>5.3. Объектінің тиісті функционалдық мақсаты болған жағдайда — спорттық іс-шаралар мен жарыстарды ұйымдастыру немесе өткізуді қамтамасыз ету тәжірибесінің болуы.</w:t>
      </w:r>
    </w:p>
    <w:p w14:paraId="33AF18F1" w14:textId="77777777" w:rsidR="008A442E" w:rsidRPr="00534C57" w:rsidRDefault="0045585D" w:rsidP="00534C57">
      <w:pPr>
        <w:jc w:val="both"/>
        <w:rPr>
          <w:rFonts w:cs="Times New Roman"/>
          <w:lang w:val="ru-RU"/>
        </w:rPr>
      </w:pPr>
      <w:r w:rsidRPr="00534C57">
        <w:rPr>
          <w:rFonts w:cs="Times New Roman"/>
          <w:b/>
          <w:lang w:val="ru-RU"/>
        </w:rPr>
        <w:t>5.4. Қатысушы Конкурс шарттарында көзделген студенттердің, Университет қызметкерлерінің, спорт секцияларының және өзге де нысаналы топтардың мүдделерін ескере отырып, Объектіні пайдалану тұжырымдамасын ұсынуға тиіс.</w:t>
      </w:r>
    </w:p>
    <w:p w14:paraId="5F5C9384"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6. Кадрлық ресурстар</w:t>
      </w:r>
    </w:p>
    <w:p w14:paraId="7D94111B" w14:textId="77777777" w:rsidR="008A442E" w:rsidRPr="00534C57" w:rsidRDefault="0045585D" w:rsidP="00534C57">
      <w:pPr>
        <w:jc w:val="both"/>
        <w:rPr>
          <w:rFonts w:cs="Times New Roman"/>
          <w:lang w:val="ru-RU"/>
        </w:rPr>
      </w:pPr>
      <w:r w:rsidRPr="00534C57">
        <w:rPr>
          <w:rFonts w:cs="Times New Roman"/>
          <w:b/>
          <w:lang w:val="ru-RU"/>
        </w:rPr>
        <w:t>6.1. Қатысушыда Объектіні іске қосу және үздіксіз пайдалану үшін жеткілікті кадрлық ресурстар болуы тиіс.</w:t>
      </w:r>
    </w:p>
    <w:p w14:paraId="34613710" w14:textId="77777777" w:rsidR="008A442E" w:rsidRPr="00534C57" w:rsidRDefault="0045585D" w:rsidP="00534C57">
      <w:pPr>
        <w:jc w:val="both"/>
        <w:rPr>
          <w:rFonts w:cs="Times New Roman"/>
          <w:lang w:val="ru-RU"/>
        </w:rPr>
      </w:pPr>
      <w:r w:rsidRPr="00534C57">
        <w:rPr>
          <w:rFonts w:cs="Times New Roman"/>
          <w:b/>
          <w:lang w:val="ru-RU"/>
        </w:rPr>
        <w:t>6.2. Команда құрамында мыналар көзделуге тиіс: объект басшысы; әкімшілік персонал; бассейндерді және су дайындау жүйелерін техникалық пайдалану жөніндегі мамандар; жаттықтырушылар/нұсқаушылар; құтқарушылар немесе объектінің мақсатына және қолданылатын талаптарға сәйкес қажетті өзге де қызметкерлер; заңнамада және пайдалану шарттарында көзделген жағдайлар мен көлемде медициналық сүйемелдеу.</w:t>
      </w:r>
    </w:p>
    <w:p w14:paraId="108A3D34" w14:textId="77777777" w:rsidR="008A442E" w:rsidRPr="00534C57" w:rsidRDefault="0045585D" w:rsidP="00534C57">
      <w:pPr>
        <w:jc w:val="both"/>
        <w:rPr>
          <w:rFonts w:cs="Times New Roman"/>
          <w:lang w:val="ru-RU"/>
        </w:rPr>
      </w:pPr>
      <w:r w:rsidRPr="00534C57">
        <w:rPr>
          <w:rFonts w:cs="Times New Roman"/>
          <w:b/>
          <w:lang w:val="ru-RU"/>
        </w:rPr>
        <w:lastRenderedPageBreak/>
        <w:t>6.3. Негізгі техникалық персоналдың сүзу, су дайындау, реагенттерді мөлшерлеу, желдету, жылыту жүйелерін және бассейнді пайдалануға тікелей байланысты өзге де инженерлік жүйелерді пайдалану бойынша расталған тәжірибесі болуы тиіс.</w:t>
      </w:r>
    </w:p>
    <w:p w14:paraId="225AA5F2" w14:textId="77777777" w:rsidR="008A442E" w:rsidRPr="00534C57" w:rsidRDefault="0045585D" w:rsidP="00534C57">
      <w:pPr>
        <w:jc w:val="both"/>
        <w:rPr>
          <w:rFonts w:cs="Times New Roman"/>
          <w:lang w:val="ru-RU"/>
        </w:rPr>
      </w:pPr>
      <w:r w:rsidRPr="00534C57">
        <w:rPr>
          <w:rFonts w:cs="Times New Roman"/>
          <w:b/>
          <w:lang w:val="ru-RU"/>
        </w:rPr>
        <w:t>6.4. Негізгі мамандардың біліктілігі мен тәжірибесі еңбек шарттарымен/қызмет көрсету шарттарымен, түйіндемелермен, дипломдармен, сертификаттармен және өзге де растайтын құжаттармен расталады.</w:t>
      </w:r>
    </w:p>
    <w:p w14:paraId="0A9CF548"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7. Техникалық және ұйымдастырушылық дайындық</w:t>
      </w:r>
    </w:p>
    <w:p w14:paraId="427A7FC2" w14:textId="77777777" w:rsidR="008A442E" w:rsidRPr="00534C57" w:rsidRDefault="0045585D" w:rsidP="00534C57">
      <w:pPr>
        <w:jc w:val="both"/>
        <w:rPr>
          <w:rFonts w:cs="Times New Roman"/>
          <w:lang w:val="ru-RU"/>
        </w:rPr>
      </w:pPr>
      <w:r w:rsidRPr="00534C57">
        <w:rPr>
          <w:rFonts w:cs="Times New Roman"/>
          <w:b/>
          <w:lang w:val="ru-RU"/>
        </w:rPr>
        <w:t>7.1. Жеке техникалық қызметтің не бассейндер мен инженерлік жүйелерге техникалық қызмет көрсетуді қамтамасыз ететін мамандандырылған ұйымдармен қолданыстағы шарттардың болуы.</w:t>
      </w:r>
    </w:p>
    <w:p w14:paraId="7083FC95" w14:textId="77777777" w:rsidR="008A442E" w:rsidRPr="00534C57" w:rsidRDefault="0045585D" w:rsidP="00534C57">
      <w:pPr>
        <w:jc w:val="both"/>
        <w:rPr>
          <w:rFonts w:cs="Times New Roman"/>
          <w:lang w:val="ru-RU"/>
        </w:rPr>
      </w:pPr>
      <w:r w:rsidRPr="00534C57">
        <w:rPr>
          <w:rFonts w:cs="Times New Roman"/>
          <w:b/>
          <w:lang w:val="ru-RU"/>
        </w:rPr>
        <w:t>7.2. Бассейнді пайдалану, судың сапасын бақылау, санитариялық өңдеу, жабдықтарға техникалық қызмет көрсету, авариялық ден қою және еңбекті қорғау регламенттерінің болуы.</w:t>
      </w:r>
    </w:p>
    <w:p w14:paraId="127DC86F" w14:textId="77777777" w:rsidR="008A442E" w:rsidRPr="00534C57" w:rsidRDefault="0045585D" w:rsidP="00534C57">
      <w:pPr>
        <w:jc w:val="both"/>
        <w:rPr>
          <w:rFonts w:cs="Times New Roman"/>
          <w:lang w:val="ru-RU"/>
        </w:rPr>
      </w:pPr>
      <w:r w:rsidRPr="00534C57">
        <w:rPr>
          <w:rFonts w:cs="Times New Roman"/>
          <w:b/>
          <w:lang w:val="ru-RU"/>
        </w:rPr>
        <w:t>7.3. Объектіні пайдалануға қажетті барлық рұқсат беру және өзге де міндетті құжаттарды алуды қамтамасыз етуге дайын болуы.</w:t>
      </w:r>
    </w:p>
    <w:p w14:paraId="7E7EF7CD" w14:textId="77777777" w:rsidR="008A442E" w:rsidRPr="00534C57" w:rsidRDefault="0045585D" w:rsidP="00534C57">
      <w:pPr>
        <w:jc w:val="both"/>
        <w:rPr>
          <w:rFonts w:cs="Times New Roman"/>
          <w:lang w:val="ru-RU"/>
        </w:rPr>
      </w:pPr>
      <w:r w:rsidRPr="00534C57">
        <w:rPr>
          <w:rFonts w:cs="Times New Roman"/>
          <w:b/>
          <w:lang w:val="ru-RU"/>
        </w:rPr>
        <w:t>7.4. Техникалық қызмет көрсетуге арналған өтінімдерді және ақауларды жоюды бақылау жүйесінің болуы, ол орындалған жұмыстардың мерзімдері мен нәтижелерін тіркеуге мүмкіндік береді.</w:t>
      </w:r>
    </w:p>
    <w:p w14:paraId="67F57D7D"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8. Есепке алу, CRM және есептілік</w:t>
      </w:r>
    </w:p>
    <w:p w14:paraId="4FDC14BA" w14:textId="77777777" w:rsidR="008A442E" w:rsidRPr="00534C57" w:rsidRDefault="0045585D" w:rsidP="00534C57">
      <w:pPr>
        <w:jc w:val="both"/>
        <w:rPr>
          <w:rFonts w:cs="Times New Roman"/>
          <w:lang w:val="ru-RU"/>
        </w:rPr>
      </w:pPr>
      <w:r w:rsidRPr="00534C57">
        <w:rPr>
          <w:rFonts w:cs="Times New Roman"/>
          <w:b/>
          <w:lang w:val="ru-RU"/>
        </w:rPr>
        <w:t>8.1. Қолданыстағы автоматтандырылған есепке алу/CRM жүйесінің болуы немесе оны Объектіні пайдалануды бастау сәтіне дейін енгізуге дайын болуы.</w:t>
      </w:r>
    </w:p>
    <w:p w14:paraId="49140820" w14:textId="77777777" w:rsidR="008A442E" w:rsidRPr="00534C57" w:rsidRDefault="0045585D" w:rsidP="00534C57">
      <w:pPr>
        <w:jc w:val="both"/>
        <w:rPr>
          <w:rFonts w:cs="Times New Roman"/>
          <w:lang w:val="ru-RU"/>
        </w:rPr>
      </w:pPr>
      <w:r w:rsidRPr="00534C57">
        <w:rPr>
          <w:rFonts w:cs="Times New Roman"/>
          <w:b/>
          <w:lang w:val="ru-RU"/>
        </w:rPr>
        <w:t>8.2. Жүйе келушілерді, абонементтерді, келулерді, сатылымдарды, объектінің жүктемесін, топтық сабақтарды, жаттықтырушылар құрамын есепке алуды және басқарушылық есептілікті қалыптастыруды қамтамасыз етуге тиіс.</w:t>
      </w:r>
    </w:p>
    <w:p w14:paraId="20888453" w14:textId="77777777" w:rsidR="008A442E" w:rsidRPr="00534C57" w:rsidRDefault="0045585D" w:rsidP="00534C57">
      <w:pPr>
        <w:jc w:val="both"/>
        <w:rPr>
          <w:rFonts w:cs="Times New Roman"/>
          <w:lang w:val="ru-RU"/>
        </w:rPr>
      </w:pPr>
      <w:r w:rsidRPr="00534C57">
        <w:rPr>
          <w:rFonts w:cs="Times New Roman"/>
          <w:b/>
          <w:lang w:val="ru-RU"/>
        </w:rPr>
        <w:t>8.3. Сенімгер басқарушы Объект бойынша қызметті бөлек есепке алуды және Университетке шартта белгіленген операциялық және қаржылық есептілікті ұсыну мүмкіндігін қамтамасыз етуге тиіс.</w:t>
      </w:r>
    </w:p>
    <w:p w14:paraId="30492FAE" w14:textId="77777777" w:rsidR="008A442E" w:rsidRPr="00534C57" w:rsidRDefault="0045585D" w:rsidP="00534C57">
      <w:pPr>
        <w:jc w:val="both"/>
        <w:rPr>
          <w:rFonts w:cs="Times New Roman"/>
          <w:lang w:val="ru-RU"/>
        </w:rPr>
      </w:pPr>
      <w:r w:rsidRPr="00534C57">
        <w:rPr>
          <w:rFonts w:cs="Times New Roman"/>
          <w:b/>
          <w:lang w:val="ru-RU"/>
        </w:rPr>
        <w:t>8.4. Конкурстық құжаттаманың талабы бойынша қатысушы клиенттердің дербес деректерін ашпай, пайдаланылатын жүйенің сипаттамасын және басқарушылық есептілік нысандарының үлгілерін ұсынады.</w:t>
      </w:r>
    </w:p>
    <w:p w14:paraId="02B703A7"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lastRenderedPageBreak/>
        <w:t>9. Қаржылық тұрақтылық және инвестициялық қабілет</w:t>
      </w:r>
    </w:p>
    <w:p w14:paraId="4213BE30" w14:textId="77777777" w:rsidR="008A442E" w:rsidRPr="00534C57" w:rsidRDefault="0045585D" w:rsidP="00534C57">
      <w:pPr>
        <w:jc w:val="both"/>
        <w:rPr>
          <w:rFonts w:cs="Times New Roman"/>
          <w:lang w:val="ru-RU"/>
        </w:rPr>
      </w:pPr>
      <w:r w:rsidRPr="00534C57">
        <w:rPr>
          <w:rFonts w:cs="Times New Roman"/>
          <w:b/>
          <w:lang w:val="ru-RU"/>
        </w:rPr>
        <w:t>9.1. Қатысушы Объектінің операциялық қызметі жоспарлы көрсеткіштерге шыққанға дейін оны іске қосу мен ағымдағы қызметін қаржыландыру үшін жеткілікті қаржылық тұрақтылыққа ие болуы тиіс.</w:t>
      </w:r>
    </w:p>
    <w:p w14:paraId="0A740AD7" w14:textId="77777777" w:rsidR="008A442E" w:rsidRPr="00534C57" w:rsidRDefault="0045585D" w:rsidP="00534C57">
      <w:pPr>
        <w:jc w:val="both"/>
        <w:rPr>
          <w:rFonts w:cs="Times New Roman"/>
          <w:lang w:val="ru-RU"/>
        </w:rPr>
      </w:pPr>
      <w:r w:rsidRPr="00534C57">
        <w:rPr>
          <w:rFonts w:cs="Times New Roman"/>
          <w:b/>
          <w:lang w:val="ru-RU"/>
        </w:rPr>
        <w:t>9.2. Комиссия берілетін Объектінің жоспарланған жылдық операциялық шығыстарына мөлшерлес, қатысушының соңғы 3 (үш) аяқталған қаржы жылындағы ең төменгі орташа жылдық айналымын белгілеуге құқылы.</w:t>
      </w:r>
    </w:p>
    <w:p w14:paraId="20D08498" w14:textId="77777777" w:rsidR="008A442E" w:rsidRPr="00534C57" w:rsidRDefault="0045585D" w:rsidP="00534C57">
      <w:pPr>
        <w:jc w:val="both"/>
        <w:rPr>
          <w:rFonts w:cs="Times New Roman"/>
          <w:lang w:val="ru-RU"/>
        </w:rPr>
      </w:pPr>
      <w:r w:rsidRPr="00534C57">
        <w:rPr>
          <w:rFonts w:cs="Times New Roman"/>
          <w:b/>
          <w:lang w:val="ru-RU"/>
        </w:rPr>
        <w:t>9.3. Қатысушы мәлімделген инвестициялық және пайдалану міндеттемелерін орындауға жеткілікті өзінің айналым қаражатының, қолжетімді кредиттік желісінің немесе қаржыландырудың өзге де заңды көздерінің бар екенін растайды.</w:t>
      </w:r>
    </w:p>
    <w:p w14:paraId="7A7B6E51" w14:textId="77777777" w:rsidR="008A442E" w:rsidRPr="00534C57" w:rsidRDefault="0045585D" w:rsidP="00534C57">
      <w:pPr>
        <w:jc w:val="both"/>
        <w:rPr>
          <w:rFonts w:cs="Times New Roman"/>
          <w:lang w:val="ru-RU"/>
        </w:rPr>
      </w:pPr>
      <w:r w:rsidRPr="00534C57">
        <w:rPr>
          <w:rFonts w:cs="Times New Roman"/>
          <w:b/>
          <w:lang w:val="ru-RU"/>
        </w:rPr>
        <w:t>9.4. Қатысушы соңғы 3 (үш) аяқталған қаржы жылындағы қаржылық есептілікті және конкурстық құжаттамада тікелей көзделген өзге де құжаттарды ұсынады.</w:t>
      </w:r>
    </w:p>
    <w:p w14:paraId="76D9E0E4" w14:textId="2153B750" w:rsidR="00DF1974" w:rsidRPr="00534C57" w:rsidRDefault="00DF1974" w:rsidP="00534C57">
      <w:pPr>
        <w:jc w:val="both"/>
        <w:rPr>
          <w:rFonts w:cs="Times New Roman"/>
          <w:lang w:val="ru-RU"/>
        </w:rPr>
      </w:pPr>
      <w:r w:rsidRPr="00534C57">
        <w:rPr>
          <w:rFonts w:cs="Times New Roman"/>
          <w:lang w:val="ru-RU"/>
        </w:rPr>
        <w:t>9.5. Орташа жылдық айналымды растау үшін әртүрлі заңды тұлғалардың меншігінде, жалдауында немесе басқаруында тұрған объектілердің айналымын, егер мұндай объектілер бірыңғай брендпен пайдаланылса, есепке алуға жол беріледі.</w:t>
      </w:r>
    </w:p>
    <w:p w14:paraId="467F499A" w14:textId="7DF50D61" w:rsidR="00DF1974" w:rsidRPr="00534C57" w:rsidRDefault="00DF1974" w:rsidP="00534C57">
      <w:pPr>
        <w:jc w:val="both"/>
        <w:rPr>
          <w:rFonts w:cs="Times New Roman"/>
          <w:lang w:val="ru-RU"/>
        </w:rPr>
      </w:pPr>
      <w:r w:rsidRPr="00534C57">
        <w:rPr>
          <w:rFonts w:cs="Times New Roman"/>
          <w:lang w:val="ru-RU"/>
        </w:rPr>
        <w:t>9.6. Бірыңғай брендті пайдалану құқығы құжатпен расталуға тиіс. Растайтын құжаттар ретінде тауар белгісін тіркеу туралы куәлік, лицензиялық шарт, коммерциялық концессия шарты не Қазақстан Республикасының заңнамасына сәйкес брендті пайдалану құқығын растайтын өзге де құжат қолданылуы мүмкін.</w:t>
      </w:r>
    </w:p>
    <w:p w14:paraId="6C4414FB"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10. Іскерлік бедел</w:t>
      </w:r>
    </w:p>
    <w:p w14:paraId="0AE5CF42" w14:textId="77777777" w:rsidR="008A442E" w:rsidRPr="00534C57" w:rsidRDefault="0045585D" w:rsidP="00534C57">
      <w:pPr>
        <w:jc w:val="both"/>
        <w:rPr>
          <w:rFonts w:cs="Times New Roman"/>
          <w:lang w:val="ru-RU"/>
        </w:rPr>
      </w:pPr>
      <w:r w:rsidRPr="00534C57">
        <w:rPr>
          <w:rFonts w:cs="Times New Roman"/>
          <w:b/>
          <w:lang w:val="ru-RU"/>
        </w:rPr>
        <w:t>10.1. Қатысушыда соңғы 3 (үш) жыл ішінде қатысушының міндеттемелерді елеулі түрде бұзуына байланысты сенімгерлік басқару шарттарын немесе ұқсас спорттық объектілерді пайдалану шарттарын мерзімінен бұрын бұзудың расталған жағдайлары болмауға тиіс.</w:t>
      </w:r>
    </w:p>
    <w:p w14:paraId="2D4CC403" w14:textId="77777777" w:rsidR="008A442E" w:rsidRPr="00534C57" w:rsidRDefault="0045585D" w:rsidP="00534C57">
      <w:pPr>
        <w:jc w:val="both"/>
        <w:rPr>
          <w:rFonts w:cs="Times New Roman"/>
          <w:lang w:val="ru-RU"/>
        </w:rPr>
      </w:pPr>
      <w:r w:rsidRPr="00534C57">
        <w:rPr>
          <w:rFonts w:cs="Times New Roman"/>
          <w:b/>
          <w:lang w:val="ru-RU"/>
        </w:rPr>
        <w:t>10.2. Қатысушы бассейндері бар спорттық объектілерді пайдалану бойынша ең маңызды қолданыстағы және аяқталған жобалар туралы мәліметтерді меншік иесін/тапсырыс берушіні, пайдалану мерзімін және объектінің негізгі сипаттамаларын көрсете отырып ұсынады.</w:t>
      </w:r>
    </w:p>
    <w:p w14:paraId="750860EE" w14:textId="77777777" w:rsidR="008A442E" w:rsidRPr="00534C57" w:rsidRDefault="0045585D" w:rsidP="00534C57">
      <w:pPr>
        <w:jc w:val="both"/>
        <w:rPr>
          <w:rFonts w:cs="Times New Roman"/>
          <w:lang w:val="ru-RU"/>
        </w:rPr>
      </w:pPr>
      <w:r w:rsidRPr="00534C57">
        <w:rPr>
          <w:rFonts w:cs="Times New Roman"/>
          <w:b/>
          <w:lang w:val="ru-RU"/>
        </w:rPr>
        <w:t>10.3. Комиссия ұсынылған мәліметтерді тиісті меншік иелеріне, тапсырыс берушілерге және өзге де ұйымдарға жүгіну арқылы тексеруге құқылы.</w:t>
      </w:r>
    </w:p>
    <w:p w14:paraId="5D7B935A" w14:textId="77777777" w:rsidR="008A442E" w:rsidRPr="00534C57" w:rsidRDefault="0045585D">
      <w:pPr>
        <w:pStyle w:val="1"/>
        <w:rPr>
          <w:rFonts w:ascii="Times New Roman" w:hAnsi="Times New Roman" w:cs="Times New Roman"/>
        </w:rPr>
      </w:pPr>
      <w:r w:rsidRPr="00534C57">
        <w:rPr>
          <w:rFonts w:ascii="Times New Roman" w:hAnsi="Times New Roman" w:cs="Times New Roman"/>
        </w:rPr>
        <w:t xml:space="preserve">11. </w:t>
      </w:r>
      <w:proofErr w:type="spellStart"/>
      <w:r w:rsidRPr="00534C57">
        <w:rPr>
          <w:rFonts w:ascii="Times New Roman" w:hAnsi="Times New Roman" w:cs="Times New Roman"/>
        </w:rPr>
        <w:t>Біліктілік</w:t>
      </w:r>
      <w:proofErr w:type="spellEnd"/>
      <w:r w:rsidRPr="00534C57">
        <w:rPr>
          <w:rFonts w:ascii="Times New Roman" w:hAnsi="Times New Roman" w:cs="Times New Roman"/>
        </w:rPr>
        <w:t xml:space="preserve"> </w:t>
      </w:r>
      <w:proofErr w:type="spellStart"/>
      <w:r w:rsidRPr="00534C57">
        <w:rPr>
          <w:rFonts w:ascii="Times New Roman" w:hAnsi="Times New Roman" w:cs="Times New Roman"/>
        </w:rPr>
        <w:t>талаптарына</w:t>
      </w:r>
      <w:proofErr w:type="spellEnd"/>
      <w:r w:rsidRPr="00534C57">
        <w:rPr>
          <w:rFonts w:ascii="Times New Roman" w:hAnsi="Times New Roman" w:cs="Times New Roman"/>
        </w:rPr>
        <w:t xml:space="preserve"> </w:t>
      </w:r>
      <w:proofErr w:type="spellStart"/>
      <w:r w:rsidRPr="00534C57">
        <w:rPr>
          <w:rFonts w:ascii="Times New Roman" w:hAnsi="Times New Roman" w:cs="Times New Roman"/>
        </w:rPr>
        <w:t>сәйкестікті</w:t>
      </w:r>
      <w:proofErr w:type="spellEnd"/>
      <w:r w:rsidRPr="00534C57">
        <w:rPr>
          <w:rFonts w:ascii="Times New Roman" w:hAnsi="Times New Roman" w:cs="Times New Roman"/>
        </w:rPr>
        <w:t xml:space="preserve"> </w:t>
      </w:r>
      <w:proofErr w:type="spellStart"/>
      <w:r w:rsidRPr="00534C57">
        <w:rPr>
          <w:rFonts w:ascii="Times New Roman" w:hAnsi="Times New Roman" w:cs="Times New Roman"/>
        </w:rPr>
        <w:t>растайтын</w:t>
      </w:r>
      <w:proofErr w:type="spellEnd"/>
      <w:r w:rsidRPr="00534C57">
        <w:rPr>
          <w:rFonts w:ascii="Times New Roman" w:hAnsi="Times New Roman" w:cs="Times New Roman"/>
        </w:rPr>
        <w:t xml:space="preserve"> </w:t>
      </w:r>
      <w:proofErr w:type="spellStart"/>
      <w:r w:rsidRPr="00534C57">
        <w:rPr>
          <w:rFonts w:ascii="Times New Roman" w:hAnsi="Times New Roman" w:cs="Times New Roman"/>
        </w:rPr>
        <w:t>құжаттар</w:t>
      </w:r>
      <w:proofErr w:type="spellEnd"/>
    </w:p>
    <w:p w14:paraId="68D0DE80" w14:textId="77777777" w:rsidR="008A442E" w:rsidRPr="003C35C7" w:rsidRDefault="0045585D" w:rsidP="00534C57">
      <w:pPr>
        <w:pStyle w:val="a0"/>
        <w:jc w:val="both"/>
        <w:rPr>
          <w:rFonts w:cs="Times New Roman"/>
        </w:rPr>
      </w:pPr>
      <w:proofErr w:type="spellStart"/>
      <w:r w:rsidRPr="00534C57">
        <w:rPr>
          <w:rFonts w:cs="Times New Roman"/>
          <w:lang w:val="ru-RU"/>
        </w:rPr>
        <w:t>қатысушының</w:t>
      </w:r>
      <w:proofErr w:type="spellEnd"/>
      <w:r w:rsidRPr="003C35C7">
        <w:rPr>
          <w:rFonts w:cs="Times New Roman"/>
        </w:rPr>
        <w:t xml:space="preserve"> </w:t>
      </w:r>
      <w:proofErr w:type="spellStart"/>
      <w:r w:rsidRPr="00534C57">
        <w:rPr>
          <w:rFonts w:cs="Times New Roman"/>
          <w:lang w:val="ru-RU"/>
        </w:rPr>
        <w:t>тәжірибесі</w:t>
      </w:r>
      <w:proofErr w:type="spellEnd"/>
      <w:r w:rsidRPr="003C35C7">
        <w:rPr>
          <w:rFonts w:cs="Times New Roman"/>
        </w:rPr>
        <w:t xml:space="preserve"> </w:t>
      </w:r>
      <w:proofErr w:type="spellStart"/>
      <w:r w:rsidRPr="00534C57">
        <w:rPr>
          <w:rFonts w:cs="Times New Roman"/>
          <w:lang w:val="ru-RU"/>
        </w:rPr>
        <w:t>туралы</w:t>
      </w:r>
      <w:proofErr w:type="spellEnd"/>
      <w:r w:rsidRPr="003C35C7">
        <w:rPr>
          <w:rFonts w:cs="Times New Roman"/>
        </w:rPr>
        <w:t xml:space="preserve"> </w:t>
      </w:r>
      <w:proofErr w:type="spellStart"/>
      <w:r w:rsidRPr="00534C57">
        <w:rPr>
          <w:rFonts w:cs="Times New Roman"/>
          <w:lang w:val="ru-RU"/>
        </w:rPr>
        <w:t>пайдаланылып</w:t>
      </w:r>
      <w:proofErr w:type="spellEnd"/>
      <w:r w:rsidRPr="003C35C7">
        <w:rPr>
          <w:rFonts w:cs="Times New Roman"/>
        </w:rPr>
        <w:t xml:space="preserve"> </w:t>
      </w:r>
      <w:proofErr w:type="spellStart"/>
      <w:r w:rsidRPr="00534C57">
        <w:rPr>
          <w:rFonts w:cs="Times New Roman"/>
          <w:lang w:val="ru-RU"/>
        </w:rPr>
        <w:t>жатқан</w:t>
      </w:r>
      <w:proofErr w:type="spellEnd"/>
      <w:r w:rsidRPr="003C35C7">
        <w:rPr>
          <w:rFonts w:cs="Times New Roman"/>
        </w:rPr>
        <w:t xml:space="preserve"> </w:t>
      </w:r>
      <w:proofErr w:type="spellStart"/>
      <w:r w:rsidRPr="00534C57">
        <w:rPr>
          <w:rFonts w:cs="Times New Roman"/>
          <w:lang w:val="ru-RU"/>
        </w:rPr>
        <w:t>және</w:t>
      </w:r>
      <w:proofErr w:type="spellEnd"/>
      <w:r w:rsidRPr="003C35C7">
        <w:rPr>
          <w:rFonts w:cs="Times New Roman"/>
        </w:rPr>
        <w:t xml:space="preserve"> </w:t>
      </w:r>
      <w:proofErr w:type="spellStart"/>
      <w:r w:rsidRPr="00534C57">
        <w:rPr>
          <w:rFonts w:cs="Times New Roman"/>
          <w:lang w:val="ru-RU"/>
        </w:rPr>
        <w:t>бұрын</w:t>
      </w:r>
      <w:proofErr w:type="spellEnd"/>
      <w:r w:rsidRPr="003C35C7">
        <w:rPr>
          <w:rFonts w:cs="Times New Roman"/>
        </w:rPr>
        <w:t xml:space="preserve"> </w:t>
      </w:r>
      <w:proofErr w:type="spellStart"/>
      <w:r w:rsidRPr="00534C57">
        <w:rPr>
          <w:rFonts w:cs="Times New Roman"/>
          <w:lang w:val="ru-RU"/>
        </w:rPr>
        <w:t>пайдаланылған</w:t>
      </w:r>
      <w:proofErr w:type="spellEnd"/>
      <w:r w:rsidRPr="003C35C7">
        <w:rPr>
          <w:rFonts w:cs="Times New Roman"/>
        </w:rPr>
        <w:t xml:space="preserve"> </w:t>
      </w:r>
      <w:proofErr w:type="spellStart"/>
      <w:r w:rsidRPr="00534C57">
        <w:rPr>
          <w:rFonts w:cs="Times New Roman"/>
          <w:lang w:val="ru-RU"/>
        </w:rPr>
        <w:t>объектілердің</w:t>
      </w:r>
      <w:proofErr w:type="spellEnd"/>
      <w:r w:rsidRPr="003C35C7">
        <w:rPr>
          <w:rFonts w:cs="Times New Roman"/>
        </w:rPr>
        <w:t xml:space="preserve"> </w:t>
      </w:r>
      <w:proofErr w:type="spellStart"/>
      <w:r w:rsidRPr="00534C57">
        <w:rPr>
          <w:rFonts w:cs="Times New Roman"/>
          <w:lang w:val="ru-RU"/>
        </w:rPr>
        <w:t>тізбесі</w:t>
      </w:r>
      <w:proofErr w:type="spellEnd"/>
      <w:r w:rsidRPr="003C35C7">
        <w:rPr>
          <w:rFonts w:cs="Times New Roman"/>
        </w:rPr>
        <w:t xml:space="preserve"> </w:t>
      </w:r>
      <w:r w:rsidRPr="00534C57">
        <w:rPr>
          <w:rFonts w:cs="Times New Roman"/>
          <w:lang w:val="ru-RU"/>
        </w:rPr>
        <w:t>бар</w:t>
      </w:r>
      <w:r w:rsidRPr="003C35C7">
        <w:rPr>
          <w:rFonts w:cs="Times New Roman"/>
        </w:rPr>
        <w:t xml:space="preserve"> </w:t>
      </w:r>
      <w:proofErr w:type="spellStart"/>
      <w:r w:rsidRPr="00534C57">
        <w:rPr>
          <w:rFonts w:cs="Times New Roman"/>
          <w:lang w:val="ru-RU"/>
        </w:rPr>
        <w:t>анықтама</w:t>
      </w:r>
      <w:proofErr w:type="spellEnd"/>
      <w:r w:rsidRPr="003C35C7">
        <w:rPr>
          <w:rFonts w:cs="Times New Roman"/>
        </w:rPr>
        <w:t>;</w:t>
      </w:r>
    </w:p>
    <w:p w14:paraId="2FF4C98A" w14:textId="77777777" w:rsidR="008A442E" w:rsidRPr="003C35C7" w:rsidRDefault="0045585D" w:rsidP="00534C57">
      <w:pPr>
        <w:pStyle w:val="a0"/>
        <w:jc w:val="both"/>
        <w:rPr>
          <w:rFonts w:cs="Times New Roman"/>
        </w:rPr>
      </w:pPr>
      <w:proofErr w:type="spellStart"/>
      <w:r w:rsidRPr="00534C57">
        <w:rPr>
          <w:rFonts w:cs="Times New Roman"/>
          <w:lang w:val="ru-RU"/>
        </w:rPr>
        <w:lastRenderedPageBreak/>
        <w:t>бассейндерді</w:t>
      </w:r>
      <w:proofErr w:type="spellEnd"/>
      <w:r w:rsidRPr="003C35C7">
        <w:rPr>
          <w:rFonts w:cs="Times New Roman"/>
        </w:rPr>
        <w:t xml:space="preserve"> </w:t>
      </w:r>
      <w:proofErr w:type="spellStart"/>
      <w:r w:rsidRPr="00534C57">
        <w:rPr>
          <w:rFonts w:cs="Times New Roman"/>
          <w:lang w:val="ru-RU"/>
        </w:rPr>
        <w:t>пайдалану</w:t>
      </w:r>
      <w:proofErr w:type="spellEnd"/>
      <w:r w:rsidRPr="003C35C7">
        <w:rPr>
          <w:rFonts w:cs="Times New Roman"/>
        </w:rPr>
        <w:t xml:space="preserve"> </w:t>
      </w:r>
      <w:proofErr w:type="spellStart"/>
      <w:r w:rsidRPr="00534C57">
        <w:rPr>
          <w:rFonts w:cs="Times New Roman"/>
          <w:lang w:val="ru-RU"/>
        </w:rPr>
        <w:t>үшін</w:t>
      </w:r>
      <w:proofErr w:type="spellEnd"/>
      <w:r w:rsidRPr="003C35C7">
        <w:rPr>
          <w:rFonts w:cs="Times New Roman"/>
        </w:rPr>
        <w:t xml:space="preserve"> </w:t>
      </w:r>
      <w:proofErr w:type="spellStart"/>
      <w:r w:rsidRPr="00534C57">
        <w:rPr>
          <w:rFonts w:cs="Times New Roman"/>
          <w:lang w:val="ru-RU"/>
        </w:rPr>
        <w:t>меншік</w:t>
      </w:r>
      <w:proofErr w:type="spellEnd"/>
      <w:r w:rsidRPr="003C35C7">
        <w:rPr>
          <w:rFonts w:cs="Times New Roman"/>
        </w:rPr>
        <w:t xml:space="preserve"> </w:t>
      </w:r>
      <w:proofErr w:type="spellStart"/>
      <w:r w:rsidRPr="00534C57">
        <w:rPr>
          <w:rFonts w:cs="Times New Roman"/>
          <w:lang w:val="ru-RU"/>
        </w:rPr>
        <w:t>құқығын</w:t>
      </w:r>
      <w:proofErr w:type="spellEnd"/>
      <w:r w:rsidRPr="003C35C7">
        <w:rPr>
          <w:rFonts w:cs="Times New Roman"/>
        </w:rPr>
        <w:t xml:space="preserve">, </w:t>
      </w:r>
      <w:proofErr w:type="spellStart"/>
      <w:r w:rsidRPr="00534C57">
        <w:rPr>
          <w:rFonts w:cs="Times New Roman"/>
          <w:lang w:val="ru-RU"/>
        </w:rPr>
        <w:t>жалдау</w:t>
      </w:r>
      <w:proofErr w:type="spellEnd"/>
      <w:r w:rsidRPr="003C35C7">
        <w:rPr>
          <w:rFonts w:cs="Times New Roman"/>
        </w:rPr>
        <w:t xml:space="preserve">, </w:t>
      </w:r>
      <w:proofErr w:type="spellStart"/>
      <w:r w:rsidRPr="00534C57">
        <w:rPr>
          <w:rFonts w:cs="Times New Roman"/>
          <w:lang w:val="ru-RU"/>
        </w:rPr>
        <w:t>сенімгерлік</w:t>
      </w:r>
      <w:proofErr w:type="spellEnd"/>
      <w:r w:rsidRPr="003C35C7">
        <w:rPr>
          <w:rFonts w:cs="Times New Roman"/>
        </w:rPr>
        <w:t xml:space="preserve"> </w:t>
      </w:r>
      <w:proofErr w:type="spellStart"/>
      <w:r w:rsidRPr="00534C57">
        <w:rPr>
          <w:rFonts w:cs="Times New Roman"/>
          <w:lang w:val="ru-RU"/>
        </w:rPr>
        <w:t>басқару</w:t>
      </w:r>
      <w:proofErr w:type="spellEnd"/>
      <w:r w:rsidRPr="003C35C7">
        <w:rPr>
          <w:rFonts w:cs="Times New Roman"/>
        </w:rPr>
        <w:t xml:space="preserve"> </w:t>
      </w:r>
      <w:proofErr w:type="spellStart"/>
      <w:r w:rsidRPr="00534C57">
        <w:rPr>
          <w:rFonts w:cs="Times New Roman"/>
          <w:lang w:val="ru-RU"/>
        </w:rPr>
        <w:t>құқығын</w:t>
      </w:r>
      <w:proofErr w:type="spellEnd"/>
      <w:r w:rsidRPr="003C35C7">
        <w:rPr>
          <w:rFonts w:cs="Times New Roman"/>
        </w:rPr>
        <w:t xml:space="preserve"> </w:t>
      </w:r>
      <w:proofErr w:type="spellStart"/>
      <w:r w:rsidRPr="00534C57">
        <w:rPr>
          <w:rFonts w:cs="Times New Roman"/>
          <w:lang w:val="ru-RU"/>
        </w:rPr>
        <w:t>немесе</w:t>
      </w:r>
      <w:proofErr w:type="spellEnd"/>
      <w:r w:rsidRPr="003C35C7">
        <w:rPr>
          <w:rFonts w:cs="Times New Roman"/>
        </w:rPr>
        <w:t xml:space="preserve"> </w:t>
      </w:r>
      <w:proofErr w:type="spellStart"/>
      <w:r w:rsidRPr="00534C57">
        <w:rPr>
          <w:rFonts w:cs="Times New Roman"/>
          <w:lang w:val="ru-RU"/>
        </w:rPr>
        <w:t>өзге</w:t>
      </w:r>
      <w:proofErr w:type="spellEnd"/>
      <w:r w:rsidRPr="003C35C7">
        <w:rPr>
          <w:rFonts w:cs="Times New Roman"/>
        </w:rPr>
        <w:t xml:space="preserve"> </w:t>
      </w:r>
      <w:r w:rsidRPr="00534C57">
        <w:rPr>
          <w:rFonts w:cs="Times New Roman"/>
          <w:lang w:val="ru-RU"/>
        </w:rPr>
        <w:t>де</w:t>
      </w:r>
      <w:r w:rsidRPr="003C35C7">
        <w:rPr>
          <w:rFonts w:cs="Times New Roman"/>
        </w:rPr>
        <w:t xml:space="preserve"> </w:t>
      </w:r>
      <w:proofErr w:type="spellStart"/>
      <w:r w:rsidRPr="00534C57">
        <w:rPr>
          <w:rFonts w:cs="Times New Roman"/>
          <w:lang w:val="ru-RU"/>
        </w:rPr>
        <w:t>заңды</w:t>
      </w:r>
      <w:proofErr w:type="spellEnd"/>
      <w:r w:rsidRPr="003C35C7">
        <w:rPr>
          <w:rFonts w:cs="Times New Roman"/>
        </w:rPr>
        <w:t xml:space="preserve"> </w:t>
      </w:r>
      <w:proofErr w:type="spellStart"/>
      <w:r w:rsidRPr="00534C57">
        <w:rPr>
          <w:rFonts w:cs="Times New Roman"/>
          <w:lang w:val="ru-RU"/>
        </w:rPr>
        <w:t>негізді</w:t>
      </w:r>
      <w:proofErr w:type="spellEnd"/>
      <w:r w:rsidRPr="003C35C7">
        <w:rPr>
          <w:rFonts w:cs="Times New Roman"/>
        </w:rPr>
        <w:t xml:space="preserve"> </w:t>
      </w:r>
      <w:proofErr w:type="spellStart"/>
      <w:r w:rsidRPr="00534C57">
        <w:rPr>
          <w:rFonts w:cs="Times New Roman"/>
          <w:lang w:val="ru-RU"/>
        </w:rPr>
        <w:t>растайтын</w:t>
      </w:r>
      <w:proofErr w:type="spellEnd"/>
      <w:r w:rsidRPr="003C35C7">
        <w:rPr>
          <w:rFonts w:cs="Times New Roman"/>
        </w:rPr>
        <w:t xml:space="preserve"> </w:t>
      </w:r>
      <w:proofErr w:type="spellStart"/>
      <w:r w:rsidRPr="00534C57">
        <w:rPr>
          <w:rFonts w:cs="Times New Roman"/>
          <w:lang w:val="ru-RU"/>
        </w:rPr>
        <w:t>құжаттардың</w:t>
      </w:r>
      <w:proofErr w:type="spellEnd"/>
      <w:r w:rsidRPr="003C35C7">
        <w:rPr>
          <w:rFonts w:cs="Times New Roman"/>
        </w:rPr>
        <w:t xml:space="preserve"> </w:t>
      </w:r>
      <w:proofErr w:type="spellStart"/>
      <w:r w:rsidRPr="00534C57">
        <w:rPr>
          <w:rFonts w:cs="Times New Roman"/>
          <w:lang w:val="ru-RU"/>
        </w:rPr>
        <w:t>көшірмелері</w:t>
      </w:r>
      <w:proofErr w:type="spellEnd"/>
      <w:r w:rsidRPr="003C35C7">
        <w:rPr>
          <w:rFonts w:cs="Times New Roman"/>
        </w:rPr>
        <w:t>;</w:t>
      </w:r>
    </w:p>
    <w:p w14:paraId="5CE48255" w14:textId="77777777" w:rsidR="008A442E" w:rsidRPr="003C35C7" w:rsidRDefault="0045585D" w:rsidP="00534C57">
      <w:pPr>
        <w:pStyle w:val="a0"/>
        <w:jc w:val="both"/>
        <w:rPr>
          <w:rFonts w:cs="Times New Roman"/>
        </w:rPr>
      </w:pPr>
      <w:proofErr w:type="spellStart"/>
      <w:r w:rsidRPr="00534C57">
        <w:rPr>
          <w:rFonts w:cs="Times New Roman"/>
          <w:lang w:val="ru-RU"/>
        </w:rPr>
        <w:t>қабылдау</w:t>
      </w:r>
      <w:proofErr w:type="spellEnd"/>
      <w:r w:rsidRPr="003C35C7">
        <w:rPr>
          <w:rFonts w:cs="Times New Roman"/>
        </w:rPr>
        <w:t>-</w:t>
      </w:r>
      <w:proofErr w:type="spellStart"/>
      <w:r w:rsidRPr="00534C57">
        <w:rPr>
          <w:rFonts w:cs="Times New Roman"/>
          <w:lang w:val="ru-RU"/>
        </w:rPr>
        <w:t>тапсыру</w:t>
      </w:r>
      <w:proofErr w:type="spellEnd"/>
      <w:r w:rsidRPr="003C35C7">
        <w:rPr>
          <w:rFonts w:cs="Times New Roman"/>
        </w:rPr>
        <w:t xml:space="preserve"> </w:t>
      </w:r>
      <w:proofErr w:type="spellStart"/>
      <w:r w:rsidRPr="00534C57">
        <w:rPr>
          <w:rFonts w:cs="Times New Roman"/>
          <w:lang w:val="ru-RU"/>
        </w:rPr>
        <w:t>актілері</w:t>
      </w:r>
      <w:proofErr w:type="spellEnd"/>
      <w:r w:rsidRPr="003C35C7">
        <w:rPr>
          <w:rFonts w:cs="Times New Roman"/>
        </w:rPr>
        <w:t xml:space="preserve"> </w:t>
      </w:r>
      <w:proofErr w:type="spellStart"/>
      <w:r w:rsidRPr="00534C57">
        <w:rPr>
          <w:rFonts w:cs="Times New Roman"/>
          <w:lang w:val="ru-RU"/>
        </w:rPr>
        <w:t>және</w:t>
      </w:r>
      <w:proofErr w:type="spellEnd"/>
      <w:r w:rsidRPr="003C35C7">
        <w:rPr>
          <w:rFonts w:cs="Times New Roman"/>
        </w:rPr>
        <w:t xml:space="preserve"> </w:t>
      </w:r>
      <w:proofErr w:type="spellStart"/>
      <w:r w:rsidRPr="00534C57">
        <w:rPr>
          <w:rFonts w:cs="Times New Roman"/>
          <w:lang w:val="ru-RU"/>
        </w:rPr>
        <w:t>нақты</w:t>
      </w:r>
      <w:proofErr w:type="spellEnd"/>
      <w:r w:rsidRPr="003C35C7">
        <w:rPr>
          <w:rFonts w:cs="Times New Roman"/>
        </w:rPr>
        <w:t xml:space="preserve"> </w:t>
      </w:r>
      <w:proofErr w:type="spellStart"/>
      <w:r w:rsidRPr="00534C57">
        <w:rPr>
          <w:rFonts w:cs="Times New Roman"/>
          <w:lang w:val="ru-RU"/>
        </w:rPr>
        <w:t>пайдалану</w:t>
      </w:r>
      <w:proofErr w:type="spellEnd"/>
      <w:r w:rsidRPr="003C35C7">
        <w:rPr>
          <w:rFonts w:cs="Times New Roman"/>
        </w:rPr>
        <w:t xml:space="preserve"> </w:t>
      </w:r>
      <w:proofErr w:type="spellStart"/>
      <w:r w:rsidRPr="00534C57">
        <w:rPr>
          <w:rFonts w:cs="Times New Roman"/>
          <w:lang w:val="ru-RU"/>
        </w:rPr>
        <w:t>кезеңін</w:t>
      </w:r>
      <w:proofErr w:type="spellEnd"/>
      <w:r w:rsidRPr="003C35C7">
        <w:rPr>
          <w:rFonts w:cs="Times New Roman"/>
        </w:rPr>
        <w:t xml:space="preserve"> </w:t>
      </w:r>
      <w:proofErr w:type="spellStart"/>
      <w:r w:rsidRPr="00534C57">
        <w:rPr>
          <w:rFonts w:cs="Times New Roman"/>
          <w:lang w:val="ru-RU"/>
        </w:rPr>
        <w:t>растайтын</w:t>
      </w:r>
      <w:proofErr w:type="spellEnd"/>
      <w:r w:rsidRPr="003C35C7">
        <w:rPr>
          <w:rFonts w:cs="Times New Roman"/>
        </w:rPr>
        <w:t xml:space="preserve"> </w:t>
      </w:r>
      <w:proofErr w:type="spellStart"/>
      <w:r w:rsidRPr="00534C57">
        <w:rPr>
          <w:rFonts w:cs="Times New Roman"/>
          <w:lang w:val="ru-RU"/>
        </w:rPr>
        <w:t>өзге</w:t>
      </w:r>
      <w:proofErr w:type="spellEnd"/>
      <w:r w:rsidRPr="003C35C7">
        <w:rPr>
          <w:rFonts w:cs="Times New Roman"/>
        </w:rPr>
        <w:t xml:space="preserve"> </w:t>
      </w:r>
      <w:r w:rsidRPr="00534C57">
        <w:rPr>
          <w:rFonts w:cs="Times New Roman"/>
          <w:lang w:val="ru-RU"/>
        </w:rPr>
        <w:t>де</w:t>
      </w:r>
      <w:r w:rsidRPr="003C35C7">
        <w:rPr>
          <w:rFonts w:cs="Times New Roman"/>
        </w:rPr>
        <w:t xml:space="preserve"> </w:t>
      </w:r>
      <w:proofErr w:type="spellStart"/>
      <w:r w:rsidRPr="00534C57">
        <w:rPr>
          <w:rFonts w:cs="Times New Roman"/>
          <w:lang w:val="ru-RU"/>
        </w:rPr>
        <w:t>құжаттар</w:t>
      </w:r>
      <w:proofErr w:type="spellEnd"/>
      <w:r w:rsidRPr="003C35C7">
        <w:rPr>
          <w:rFonts w:cs="Times New Roman"/>
        </w:rPr>
        <w:t>;</w:t>
      </w:r>
    </w:p>
    <w:p w14:paraId="4568D07E" w14:textId="77777777" w:rsidR="008A442E" w:rsidRPr="003C35C7" w:rsidRDefault="0045585D" w:rsidP="00534C57">
      <w:pPr>
        <w:pStyle w:val="a0"/>
        <w:jc w:val="both"/>
        <w:rPr>
          <w:rFonts w:cs="Times New Roman"/>
        </w:rPr>
      </w:pPr>
      <w:proofErr w:type="spellStart"/>
      <w:r w:rsidRPr="00534C57">
        <w:rPr>
          <w:rFonts w:cs="Times New Roman"/>
          <w:lang w:val="ru-RU"/>
        </w:rPr>
        <w:t>мәлімделген</w:t>
      </w:r>
      <w:proofErr w:type="spellEnd"/>
      <w:r w:rsidRPr="003C35C7">
        <w:rPr>
          <w:rFonts w:cs="Times New Roman"/>
        </w:rPr>
        <w:t xml:space="preserve"> </w:t>
      </w:r>
      <w:proofErr w:type="spellStart"/>
      <w:r w:rsidRPr="00534C57">
        <w:rPr>
          <w:rFonts w:cs="Times New Roman"/>
          <w:lang w:val="ru-RU"/>
        </w:rPr>
        <w:t>объектілердегі</w:t>
      </w:r>
      <w:proofErr w:type="spellEnd"/>
      <w:r w:rsidRPr="003C35C7">
        <w:rPr>
          <w:rFonts w:cs="Times New Roman"/>
        </w:rPr>
        <w:t xml:space="preserve"> </w:t>
      </w:r>
      <w:proofErr w:type="spellStart"/>
      <w:r w:rsidRPr="00534C57">
        <w:rPr>
          <w:rFonts w:cs="Times New Roman"/>
          <w:lang w:val="ru-RU"/>
        </w:rPr>
        <w:t>коммерциялық</w:t>
      </w:r>
      <w:proofErr w:type="spellEnd"/>
      <w:r w:rsidRPr="003C35C7">
        <w:rPr>
          <w:rFonts w:cs="Times New Roman"/>
        </w:rPr>
        <w:t xml:space="preserve"> </w:t>
      </w:r>
      <w:proofErr w:type="spellStart"/>
      <w:r w:rsidRPr="00534C57">
        <w:rPr>
          <w:rFonts w:cs="Times New Roman"/>
          <w:lang w:val="ru-RU"/>
        </w:rPr>
        <w:t>қызметті</w:t>
      </w:r>
      <w:proofErr w:type="spellEnd"/>
      <w:r w:rsidRPr="003C35C7">
        <w:rPr>
          <w:rFonts w:cs="Times New Roman"/>
        </w:rPr>
        <w:t xml:space="preserve"> </w:t>
      </w:r>
      <w:proofErr w:type="spellStart"/>
      <w:r w:rsidRPr="00534C57">
        <w:rPr>
          <w:rFonts w:cs="Times New Roman"/>
          <w:lang w:val="ru-RU"/>
        </w:rPr>
        <w:t>және</w:t>
      </w:r>
      <w:proofErr w:type="spellEnd"/>
      <w:r w:rsidRPr="003C35C7">
        <w:rPr>
          <w:rFonts w:cs="Times New Roman"/>
        </w:rPr>
        <w:t xml:space="preserve"> </w:t>
      </w:r>
      <w:proofErr w:type="spellStart"/>
      <w:r w:rsidRPr="00534C57">
        <w:rPr>
          <w:rFonts w:cs="Times New Roman"/>
          <w:lang w:val="ru-RU"/>
        </w:rPr>
        <w:t>қызметтердің</w:t>
      </w:r>
      <w:proofErr w:type="spellEnd"/>
      <w:r w:rsidRPr="003C35C7">
        <w:rPr>
          <w:rFonts w:cs="Times New Roman"/>
        </w:rPr>
        <w:t xml:space="preserve"> </w:t>
      </w:r>
      <w:proofErr w:type="spellStart"/>
      <w:r w:rsidRPr="00534C57">
        <w:rPr>
          <w:rFonts w:cs="Times New Roman"/>
          <w:lang w:val="ru-RU"/>
        </w:rPr>
        <w:t>іс</w:t>
      </w:r>
      <w:proofErr w:type="spellEnd"/>
      <w:r w:rsidRPr="003C35C7">
        <w:rPr>
          <w:rFonts w:cs="Times New Roman"/>
        </w:rPr>
        <w:t xml:space="preserve"> </w:t>
      </w:r>
      <w:proofErr w:type="spellStart"/>
      <w:r w:rsidRPr="00534C57">
        <w:rPr>
          <w:rFonts w:cs="Times New Roman"/>
          <w:lang w:val="ru-RU"/>
        </w:rPr>
        <w:t>жүзінде</w:t>
      </w:r>
      <w:proofErr w:type="spellEnd"/>
      <w:r w:rsidRPr="003C35C7">
        <w:rPr>
          <w:rFonts w:cs="Times New Roman"/>
        </w:rPr>
        <w:t xml:space="preserve"> </w:t>
      </w:r>
      <w:proofErr w:type="spellStart"/>
      <w:r w:rsidRPr="00534C57">
        <w:rPr>
          <w:rFonts w:cs="Times New Roman"/>
          <w:lang w:val="ru-RU"/>
        </w:rPr>
        <w:t>көрсетілгенін</w:t>
      </w:r>
      <w:proofErr w:type="spellEnd"/>
      <w:r w:rsidRPr="003C35C7">
        <w:rPr>
          <w:rFonts w:cs="Times New Roman"/>
        </w:rPr>
        <w:t xml:space="preserve"> </w:t>
      </w:r>
      <w:proofErr w:type="spellStart"/>
      <w:r w:rsidRPr="00534C57">
        <w:rPr>
          <w:rFonts w:cs="Times New Roman"/>
          <w:lang w:val="ru-RU"/>
        </w:rPr>
        <w:t>растайтын</w:t>
      </w:r>
      <w:proofErr w:type="spellEnd"/>
      <w:r w:rsidRPr="003C35C7">
        <w:rPr>
          <w:rFonts w:cs="Times New Roman"/>
        </w:rPr>
        <w:t xml:space="preserve"> </w:t>
      </w:r>
      <w:proofErr w:type="spellStart"/>
      <w:r w:rsidRPr="00534C57">
        <w:rPr>
          <w:rFonts w:cs="Times New Roman"/>
          <w:lang w:val="ru-RU"/>
        </w:rPr>
        <w:t>құжаттар</w:t>
      </w:r>
      <w:proofErr w:type="spellEnd"/>
      <w:r w:rsidRPr="003C35C7">
        <w:rPr>
          <w:rFonts w:cs="Times New Roman"/>
        </w:rPr>
        <w:t>;</w:t>
      </w:r>
    </w:p>
    <w:p w14:paraId="611354E7" w14:textId="77777777" w:rsidR="008A442E" w:rsidRPr="003C35C7" w:rsidRDefault="0045585D" w:rsidP="00534C57">
      <w:pPr>
        <w:pStyle w:val="a0"/>
        <w:jc w:val="both"/>
        <w:rPr>
          <w:rFonts w:cs="Times New Roman"/>
        </w:rPr>
      </w:pPr>
      <w:proofErr w:type="spellStart"/>
      <w:r w:rsidRPr="00534C57">
        <w:rPr>
          <w:rFonts w:cs="Times New Roman"/>
          <w:lang w:val="ru-RU"/>
        </w:rPr>
        <w:t>егер</w:t>
      </w:r>
      <w:proofErr w:type="spellEnd"/>
      <w:r w:rsidRPr="003C35C7">
        <w:rPr>
          <w:rFonts w:cs="Times New Roman"/>
        </w:rPr>
        <w:t xml:space="preserve"> </w:t>
      </w:r>
      <w:proofErr w:type="spellStart"/>
      <w:r w:rsidRPr="00534C57">
        <w:rPr>
          <w:rFonts w:cs="Times New Roman"/>
          <w:lang w:val="ru-RU"/>
        </w:rPr>
        <w:t>тиісті</w:t>
      </w:r>
      <w:proofErr w:type="spellEnd"/>
      <w:r w:rsidRPr="003C35C7">
        <w:rPr>
          <w:rFonts w:cs="Times New Roman"/>
        </w:rPr>
        <w:t xml:space="preserve"> </w:t>
      </w:r>
      <w:proofErr w:type="spellStart"/>
      <w:r w:rsidRPr="00534C57">
        <w:rPr>
          <w:rFonts w:cs="Times New Roman"/>
          <w:lang w:val="ru-RU"/>
        </w:rPr>
        <w:t>көрсеткіш</w:t>
      </w:r>
      <w:proofErr w:type="spellEnd"/>
      <w:r w:rsidRPr="003C35C7">
        <w:rPr>
          <w:rFonts w:cs="Times New Roman"/>
        </w:rPr>
        <w:t xml:space="preserve"> </w:t>
      </w:r>
      <w:r w:rsidRPr="00534C57">
        <w:rPr>
          <w:rFonts w:cs="Times New Roman"/>
          <w:lang w:val="ru-RU"/>
        </w:rPr>
        <w:t>конкурс</w:t>
      </w:r>
      <w:r w:rsidRPr="003C35C7">
        <w:rPr>
          <w:rFonts w:cs="Times New Roman"/>
        </w:rPr>
        <w:t xml:space="preserve"> </w:t>
      </w:r>
      <w:proofErr w:type="spellStart"/>
      <w:r w:rsidRPr="00534C57">
        <w:rPr>
          <w:rFonts w:cs="Times New Roman"/>
          <w:lang w:val="ru-RU"/>
        </w:rPr>
        <w:t>талаптарында</w:t>
      </w:r>
      <w:proofErr w:type="spellEnd"/>
      <w:r w:rsidRPr="003C35C7">
        <w:rPr>
          <w:rFonts w:cs="Times New Roman"/>
        </w:rPr>
        <w:t xml:space="preserve"> </w:t>
      </w:r>
      <w:proofErr w:type="spellStart"/>
      <w:r w:rsidRPr="00534C57">
        <w:rPr>
          <w:rFonts w:cs="Times New Roman"/>
          <w:lang w:val="ru-RU"/>
        </w:rPr>
        <w:t>белгіленсе</w:t>
      </w:r>
      <w:proofErr w:type="spellEnd"/>
      <w:r w:rsidRPr="003C35C7">
        <w:rPr>
          <w:rFonts w:cs="Times New Roman"/>
        </w:rPr>
        <w:t xml:space="preserve">, </w:t>
      </w:r>
      <w:proofErr w:type="spellStart"/>
      <w:r w:rsidRPr="00534C57">
        <w:rPr>
          <w:rFonts w:cs="Times New Roman"/>
          <w:lang w:val="ru-RU"/>
        </w:rPr>
        <w:t>нақты</w:t>
      </w:r>
      <w:proofErr w:type="spellEnd"/>
      <w:r w:rsidRPr="003C35C7">
        <w:rPr>
          <w:rFonts w:cs="Times New Roman"/>
        </w:rPr>
        <w:t xml:space="preserve"> </w:t>
      </w:r>
      <w:proofErr w:type="spellStart"/>
      <w:r w:rsidRPr="00534C57">
        <w:rPr>
          <w:rFonts w:cs="Times New Roman"/>
          <w:lang w:val="ru-RU"/>
        </w:rPr>
        <w:t>пайдалану</w:t>
      </w:r>
      <w:proofErr w:type="spellEnd"/>
      <w:r w:rsidRPr="003C35C7">
        <w:rPr>
          <w:rFonts w:cs="Times New Roman"/>
        </w:rPr>
        <w:t xml:space="preserve"> </w:t>
      </w:r>
      <w:proofErr w:type="spellStart"/>
      <w:r w:rsidRPr="00534C57">
        <w:rPr>
          <w:rFonts w:cs="Times New Roman"/>
          <w:lang w:val="ru-RU"/>
        </w:rPr>
        <w:t>көлемі</w:t>
      </w:r>
      <w:proofErr w:type="spellEnd"/>
      <w:r w:rsidRPr="003C35C7">
        <w:rPr>
          <w:rFonts w:cs="Times New Roman"/>
        </w:rPr>
        <w:t xml:space="preserve"> </w:t>
      </w:r>
      <w:r w:rsidRPr="00534C57">
        <w:rPr>
          <w:rFonts w:cs="Times New Roman"/>
          <w:lang w:val="ru-RU"/>
        </w:rPr>
        <w:t>мен</w:t>
      </w:r>
      <w:r w:rsidRPr="003C35C7">
        <w:rPr>
          <w:rFonts w:cs="Times New Roman"/>
        </w:rPr>
        <w:t xml:space="preserve"> </w:t>
      </w:r>
      <w:proofErr w:type="spellStart"/>
      <w:r w:rsidRPr="00534C57">
        <w:rPr>
          <w:rFonts w:cs="Times New Roman"/>
          <w:lang w:val="ru-RU"/>
        </w:rPr>
        <w:t>келушілер</w:t>
      </w:r>
      <w:proofErr w:type="spellEnd"/>
      <w:r w:rsidRPr="003C35C7">
        <w:rPr>
          <w:rFonts w:cs="Times New Roman"/>
        </w:rPr>
        <w:t xml:space="preserve"> </w:t>
      </w:r>
      <w:proofErr w:type="spellStart"/>
      <w:r w:rsidRPr="00534C57">
        <w:rPr>
          <w:rFonts w:cs="Times New Roman"/>
          <w:lang w:val="ru-RU"/>
        </w:rPr>
        <w:t>санын</w:t>
      </w:r>
      <w:proofErr w:type="spellEnd"/>
      <w:r w:rsidRPr="003C35C7">
        <w:rPr>
          <w:rFonts w:cs="Times New Roman"/>
        </w:rPr>
        <w:t xml:space="preserve"> </w:t>
      </w:r>
      <w:proofErr w:type="spellStart"/>
      <w:r w:rsidRPr="00534C57">
        <w:rPr>
          <w:rFonts w:cs="Times New Roman"/>
          <w:lang w:val="ru-RU"/>
        </w:rPr>
        <w:t>растайтын</w:t>
      </w:r>
      <w:proofErr w:type="spellEnd"/>
      <w:r w:rsidRPr="003C35C7">
        <w:rPr>
          <w:rFonts w:cs="Times New Roman"/>
        </w:rPr>
        <w:t xml:space="preserve"> CRM/</w:t>
      </w:r>
      <w:proofErr w:type="spellStart"/>
      <w:r w:rsidRPr="00534C57">
        <w:rPr>
          <w:rFonts w:cs="Times New Roman"/>
          <w:lang w:val="ru-RU"/>
        </w:rPr>
        <w:t>есепке</w:t>
      </w:r>
      <w:proofErr w:type="spellEnd"/>
      <w:r w:rsidRPr="003C35C7">
        <w:rPr>
          <w:rFonts w:cs="Times New Roman"/>
        </w:rPr>
        <w:t xml:space="preserve"> </w:t>
      </w:r>
      <w:proofErr w:type="spellStart"/>
      <w:r w:rsidRPr="00534C57">
        <w:rPr>
          <w:rFonts w:cs="Times New Roman"/>
          <w:lang w:val="ru-RU"/>
        </w:rPr>
        <w:t>алу</w:t>
      </w:r>
      <w:proofErr w:type="spellEnd"/>
      <w:r w:rsidRPr="003C35C7">
        <w:rPr>
          <w:rFonts w:cs="Times New Roman"/>
        </w:rPr>
        <w:t xml:space="preserve"> </w:t>
      </w:r>
      <w:proofErr w:type="spellStart"/>
      <w:r w:rsidRPr="00534C57">
        <w:rPr>
          <w:rFonts w:cs="Times New Roman"/>
          <w:lang w:val="ru-RU"/>
        </w:rPr>
        <w:t>жүйесінен</w:t>
      </w:r>
      <w:proofErr w:type="spellEnd"/>
      <w:r w:rsidRPr="003C35C7">
        <w:rPr>
          <w:rFonts w:cs="Times New Roman"/>
        </w:rPr>
        <w:t xml:space="preserve"> </w:t>
      </w:r>
      <w:proofErr w:type="spellStart"/>
      <w:r w:rsidRPr="00534C57">
        <w:rPr>
          <w:rFonts w:cs="Times New Roman"/>
          <w:lang w:val="ru-RU"/>
        </w:rPr>
        <w:t>алынған</w:t>
      </w:r>
      <w:proofErr w:type="spellEnd"/>
      <w:r w:rsidRPr="003C35C7">
        <w:rPr>
          <w:rFonts w:cs="Times New Roman"/>
        </w:rPr>
        <w:t xml:space="preserve"> </w:t>
      </w:r>
      <w:proofErr w:type="spellStart"/>
      <w:r w:rsidRPr="00534C57">
        <w:rPr>
          <w:rFonts w:cs="Times New Roman"/>
          <w:lang w:val="ru-RU"/>
        </w:rPr>
        <w:t>мәліметтер</w:t>
      </w:r>
      <w:proofErr w:type="spellEnd"/>
      <w:r w:rsidRPr="003C35C7">
        <w:rPr>
          <w:rFonts w:cs="Times New Roman"/>
        </w:rPr>
        <w:t xml:space="preserve"> </w:t>
      </w:r>
      <w:proofErr w:type="spellStart"/>
      <w:r w:rsidRPr="00534C57">
        <w:rPr>
          <w:rFonts w:cs="Times New Roman"/>
          <w:lang w:val="ru-RU"/>
        </w:rPr>
        <w:t>және</w:t>
      </w:r>
      <w:proofErr w:type="spellEnd"/>
      <w:r w:rsidRPr="003C35C7">
        <w:rPr>
          <w:rFonts w:cs="Times New Roman"/>
        </w:rPr>
        <w:t>/</w:t>
      </w:r>
      <w:proofErr w:type="spellStart"/>
      <w:r w:rsidRPr="00534C57">
        <w:rPr>
          <w:rFonts w:cs="Times New Roman"/>
          <w:lang w:val="ru-RU"/>
        </w:rPr>
        <w:t>немесе</w:t>
      </w:r>
      <w:proofErr w:type="spellEnd"/>
      <w:r w:rsidRPr="003C35C7">
        <w:rPr>
          <w:rFonts w:cs="Times New Roman"/>
        </w:rPr>
        <w:t xml:space="preserve"> </w:t>
      </w:r>
      <w:proofErr w:type="spellStart"/>
      <w:r w:rsidRPr="00534C57">
        <w:rPr>
          <w:rFonts w:cs="Times New Roman"/>
          <w:lang w:val="ru-RU"/>
        </w:rPr>
        <w:t>өзге</w:t>
      </w:r>
      <w:proofErr w:type="spellEnd"/>
      <w:r w:rsidRPr="003C35C7">
        <w:rPr>
          <w:rFonts w:cs="Times New Roman"/>
        </w:rPr>
        <w:t xml:space="preserve"> </w:t>
      </w:r>
      <w:r w:rsidRPr="00534C57">
        <w:rPr>
          <w:rFonts w:cs="Times New Roman"/>
          <w:lang w:val="ru-RU"/>
        </w:rPr>
        <w:t>де</w:t>
      </w:r>
      <w:r w:rsidRPr="003C35C7">
        <w:rPr>
          <w:rFonts w:cs="Times New Roman"/>
        </w:rPr>
        <w:t xml:space="preserve"> </w:t>
      </w:r>
      <w:proofErr w:type="spellStart"/>
      <w:r w:rsidRPr="00534C57">
        <w:rPr>
          <w:rFonts w:cs="Times New Roman"/>
          <w:lang w:val="ru-RU"/>
        </w:rPr>
        <w:t>құжаттар</w:t>
      </w:r>
      <w:proofErr w:type="spellEnd"/>
      <w:r w:rsidRPr="003C35C7">
        <w:rPr>
          <w:rFonts w:cs="Times New Roman"/>
        </w:rPr>
        <w:t>;</w:t>
      </w:r>
    </w:p>
    <w:p w14:paraId="3DAD07AC" w14:textId="77777777" w:rsidR="008A442E" w:rsidRPr="003C35C7" w:rsidRDefault="0045585D" w:rsidP="00534C57">
      <w:pPr>
        <w:pStyle w:val="a0"/>
        <w:jc w:val="both"/>
        <w:rPr>
          <w:rFonts w:cs="Times New Roman"/>
        </w:rPr>
      </w:pPr>
      <w:r w:rsidRPr="00534C57">
        <w:rPr>
          <w:rFonts w:cs="Times New Roman"/>
          <w:lang w:val="ru-RU"/>
        </w:rPr>
        <w:t>штат</w:t>
      </w:r>
      <w:r w:rsidRPr="003C35C7">
        <w:rPr>
          <w:rFonts w:cs="Times New Roman"/>
        </w:rPr>
        <w:t xml:space="preserve"> </w:t>
      </w:r>
      <w:r w:rsidRPr="00534C57">
        <w:rPr>
          <w:rFonts w:cs="Times New Roman"/>
          <w:lang w:val="ru-RU"/>
        </w:rPr>
        <w:t>саны</w:t>
      </w:r>
      <w:r w:rsidRPr="003C35C7">
        <w:rPr>
          <w:rFonts w:cs="Times New Roman"/>
        </w:rPr>
        <w:t xml:space="preserve"> </w:t>
      </w:r>
      <w:proofErr w:type="spellStart"/>
      <w:r w:rsidRPr="00534C57">
        <w:rPr>
          <w:rFonts w:cs="Times New Roman"/>
          <w:lang w:val="ru-RU"/>
        </w:rPr>
        <w:t>және</w:t>
      </w:r>
      <w:proofErr w:type="spellEnd"/>
      <w:r w:rsidRPr="003C35C7">
        <w:rPr>
          <w:rFonts w:cs="Times New Roman"/>
        </w:rPr>
        <w:t xml:space="preserve"> </w:t>
      </w:r>
      <w:proofErr w:type="spellStart"/>
      <w:r w:rsidRPr="00534C57">
        <w:rPr>
          <w:rFonts w:cs="Times New Roman"/>
          <w:lang w:val="ru-RU"/>
        </w:rPr>
        <w:t>негізгі</w:t>
      </w:r>
      <w:proofErr w:type="spellEnd"/>
      <w:r w:rsidRPr="003C35C7">
        <w:rPr>
          <w:rFonts w:cs="Times New Roman"/>
        </w:rPr>
        <w:t xml:space="preserve"> </w:t>
      </w:r>
      <w:proofErr w:type="spellStart"/>
      <w:r w:rsidRPr="00534C57">
        <w:rPr>
          <w:rFonts w:cs="Times New Roman"/>
          <w:lang w:val="ru-RU"/>
        </w:rPr>
        <w:t>мамандар</w:t>
      </w:r>
      <w:proofErr w:type="spellEnd"/>
      <w:r w:rsidRPr="003C35C7">
        <w:rPr>
          <w:rFonts w:cs="Times New Roman"/>
        </w:rPr>
        <w:t xml:space="preserve"> </w:t>
      </w:r>
      <w:proofErr w:type="spellStart"/>
      <w:r w:rsidRPr="00534C57">
        <w:rPr>
          <w:rFonts w:cs="Times New Roman"/>
          <w:lang w:val="ru-RU"/>
        </w:rPr>
        <w:t>туралы</w:t>
      </w:r>
      <w:proofErr w:type="spellEnd"/>
      <w:r w:rsidRPr="003C35C7">
        <w:rPr>
          <w:rFonts w:cs="Times New Roman"/>
        </w:rPr>
        <w:t xml:space="preserve"> </w:t>
      </w:r>
      <w:proofErr w:type="spellStart"/>
      <w:r w:rsidRPr="00534C57">
        <w:rPr>
          <w:rFonts w:cs="Times New Roman"/>
          <w:lang w:val="ru-RU"/>
        </w:rPr>
        <w:t>олардың</w:t>
      </w:r>
      <w:proofErr w:type="spellEnd"/>
      <w:r w:rsidRPr="003C35C7">
        <w:rPr>
          <w:rFonts w:cs="Times New Roman"/>
        </w:rPr>
        <w:t xml:space="preserve"> </w:t>
      </w:r>
      <w:proofErr w:type="spellStart"/>
      <w:r w:rsidRPr="00534C57">
        <w:rPr>
          <w:rFonts w:cs="Times New Roman"/>
          <w:lang w:val="ru-RU"/>
        </w:rPr>
        <w:t>біліктілігін</w:t>
      </w:r>
      <w:proofErr w:type="spellEnd"/>
      <w:r w:rsidRPr="003C35C7">
        <w:rPr>
          <w:rFonts w:cs="Times New Roman"/>
        </w:rPr>
        <w:t xml:space="preserve"> </w:t>
      </w:r>
      <w:proofErr w:type="spellStart"/>
      <w:r w:rsidRPr="00534C57">
        <w:rPr>
          <w:rFonts w:cs="Times New Roman"/>
          <w:lang w:val="ru-RU"/>
        </w:rPr>
        <w:t>растайтын</w:t>
      </w:r>
      <w:proofErr w:type="spellEnd"/>
      <w:r w:rsidRPr="003C35C7">
        <w:rPr>
          <w:rFonts w:cs="Times New Roman"/>
        </w:rPr>
        <w:t xml:space="preserve"> </w:t>
      </w:r>
      <w:proofErr w:type="spellStart"/>
      <w:r w:rsidRPr="00534C57">
        <w:rPr>
          <w:rFonts w:cs="Times New Roman"/>
          <w:lang w:val="ru-RU"/>
        </w:rPr>
        <w:t>мәліметтер</w:t>
      </w:r>
      <w:proofErr w:type="spellEnd"/>
      <w:r w:rsidRPr="003C35C7">
        <w:rPr>
          <w:rFonts w:cs="Times New Roman"/>
        </w:rPr>
        <w:t>;</w:t>
      </w:r>
    </w:p>
    <w:p w14:paraId="320C1E96" w14:textId="77777777" w:rsidR="008A442E" w:rsidRPr="003C35C7" w:rsidRDefault="0045585D" w:rsidP="00534C57">
      <w:pPr>
        <w:pStyle w:val="a0"/>
        <w:rPr>
          <w:rFonts w:cs="Times New Roman"/>
        </w:rPr>
      </w:pPr>
      <w:proofErr w:type="spellStart"/>
      <w:r w:rsidRPr="00534C57">
        <w:rPr>
          <w:rFonts w:cs="Times New Roman"/>
          <w:lang w:val="ru-RU"/>
        </w:rPr>
        <w:t>техникалық</w:t>
      </w:r>
      <w:proofErr w:type="spellEnd"/>
      <w:r w:rsidRPr="003C35C7">
        <w:rPr>
          <w:rFonts w:cs="Times New Roman"/>
        </w:rPr>
        <w:t xml:space="preserve"> </w:t>
      </w:r>
      <w:proofErr w:type="spellStart"/>
      <w:r w:rsidRPr="00534C57">
        <w:rPr>
          <w:rFonts w:cs="Times New Roman"/>
          <w:lang w:val="ru-RU"/>
        </w:rPr>
        <w:t>қызметтің</w:t>
      </w:r>
      <w:proofErr w:type="spellEnd"/>
      <w:r w:rsidRPr="003C35C7">
        <w:rPr>
          <w:rFonts w:cs="Times New Roman"/>
        </w:rPr>
        <w:t xml:space="preserve">, </w:t>
      </w:r>
      <w:proofErr w:type="spellStart"/>
      <w:r w:rsidRPr="00534C57">
        <w:rPr>
          <w:rFonts w:cs="Times New Roman"/>
          <w:lang w:val="ru-RU"/>
        </w:rPr>
        <w:t>регламенттердің</w:t>
      </w:r>
      <w:proofErr w:type="spellEnd"/>
      <w:r w:rsidRPr="003C35C7">
        <w:rPr>
          <w:rFonts w:cs="Times New Roman"/>
        </w:rPr>
        <w:t xml:space="preserve"> </w:t>
      </w:r>
      <w:proofErr w:type="spellStart"/>
      <w:r w:rsidRPr="00534C57">
        <w:rPr>
          <w:rFonts w:cs="Times New Roman"/>
          <w:lang w:val="ru-RU"/>
        </w:rPr>
        <w:t>және</w:t>
      </w:r>
      <w:proofErr w:type="spellEnd"/>
      <w:r w:rsidRPr="003C35C7">
        <w:rPr>
          <w:rFonts w:cs="Times New Roman"/>
        </w:rPr>
        <w:t xml:space="preserve"> </w:t>
      </w:r>
      <w:proofErr w:type="spellStart"/>
      <w:r w:rsidRPr="00534C57">
        <w:rPr>
          <w:rFonts w:cs="Times New Roman"/>
          <w:lang w:val="ru-RU"/>
        </w:rPr>
        <w:t>техникалық</w:t>
      </w:r>
      <w:proofErr w:type="spellEnd"/>
      <w:r w:rsidRPr="003C35C7">
        <w:rPr>
          <w:rFonts w:cs="Times New Roman"/>
        </w:rPr>
        <w:t xml:space="preserve"> </w:t>
      </w:r>
      <w:proofErr w:type="spellStart"/>
      <w:r w:rsidRPr="00534C57">
        <w:rPr>
          <w:rFonts w:cs="Times New Roman"/>
          <w:lang w:val="ru-RU"/>
        </w:rPr>
        <w:t>қызмет</w:t>
      </w:r>
      <w:proofErr w:type="spellEnd"/>
      <w:r w:rsidRPr="003C35C7">
        <w:rPr>
          <w:rFonts w:cs="Times New Roman"/>
        </w:rPr>
        <w:t xml:space="preserve"> </w:t>
      </w:r>
      <w:proofErr w:type="spellStart"/>
      <w:r w:rsidRPr="00534C57">
        <w:rPr>
          <w:rFonts w:cs="Times New Roman"/>
          <w:lang w:val="ru-RU"/>
        </w:rPr>
        <w:t>көрсету</w:t>
      </w:r>
      <w:proofErr w:type="spellEnd"/>
      <w:r w:rsidRPr="003C35C7">
        <w:rPr>
          <w:rFonts w:cs="Times New Roman"/>
        </w:rPr>
        <w:t xml:space="preserve"> </w:t>
      </w:r>
      <w:proofErr w:type="spellStart"/>
      <w:r w:rsidRPr="00534C57">
        <w:rPr>
          <w:rFonts w:cs="Times New Roman"/>
          <w:lang w:val="ru-RU"/>
        </w:rPr>
        <w:t>жүйесінің</w:t>
      </w:r>
      <w:proofErr w:type="spellEnd"/>
      <w:r w:rsidRPr="003C35C7">
        <w:rPr>
          <w:rFonts w:cs="Times New Roman"/>
        </w:rPr>
        <w:t xml:space="preserve"> </w:t>
      </w:r>
      <w:proofErr w:type="spellStart"/>
      <w:r w:rsidRPr="00534C57">
        <w:rPr>
          <w:rFonts w:cs="Times New Roman"/>
          <w:lang w:val="ru-RU"/>
        </w:rPr>
        <w:t>сипаттамасы</w:t>
      </w:r>
      <w:proofErr w:type="spellEnd"/>
      <w:r w:rsidRPr="003C35C7">
        <w:rPr>
          <w:rFonts w:cs="Times New Roman"/>
        </w:rPr>
        <w:t>;</w:t>
      </w:r>
    </w:p>
    <w:p w14:paraId="15FE36D0" w14:textId="4D0CE564" w:rsidR="008A442E" w:rsidRPr="003C35C7" w:rsidRDefault="0045585D" w:rsidP="00534C57">
      <w:pPr>
        <w:pStyle w:val="a0"/>
        <w:jc w:val="both"/>
        <w:rPr>
          <w:rFonts w:cs="Times New Roman"/>
        </w:rPr>
      </w:pPr>
      <w:proofErr w:type="spellStart"/>
      <w:r w:rsidRPr="00534C57">
        <w:rPr>
          <w:rFonts w:cs="Times New Roman"/>
          <w:lang w:val="ru-RU"/>
        </w:rPr>
        <w:t>талап</w:t>
      </w:r>
      <w:proofErr w:type="spellEnd"/>
      <w:r w:rsidRPr="003C35C7">
        <w:rPr>
          <w:rFonts w:cs="Times New Roman"/>
        </w:rPr>
        <w:t xml:space="preserve"> </w:t>
      </w:r>
      <w:proofErr w:type="spellStart"/>
      <w:r w:rsidRPr="00534C57">
        <w:rPr>
          <w:rFonts w:cs="Times New Roman"/>
          <w:lang w:val="ru-RU"/>
        </w:rPr>
        <w:t>етілетін</w:t>
      </w:r>
      <w:proofErr w:type="spellEnd"/>
      <w:r w:rsidRPr="003C35C7">
        <w:rPr>
          <w:rFonts w:cs="Times New Roman"/>
        </w:rPr>
        <w:t xml:space="preserve"> </w:t>
      </w:r>
      <w:proofErr w:type="spellStart"/>
      <w:r w:rsidRPr="00534C57">
        <w:rPr>
          <w:rFonts w:cs="Times New Roman"/>
          <w:lang w:val="ru-RU"/>
        </w:rPr>
        <w:t>кезеңдегі</w:t>
      </w:r>
      <w:proofErr w:type="spellEnd"/>
      <w:r w:rsidRPr="003C35C7">
        <w:rPr>
          <w:rFonts w:cs="Times New Roman"/>
        </w:rPr>
        <w:t xml:space="preserve"> </w:t>
      </w:r>
      <w:proofErr w:type="spellStart"/>
      <w:r w:rsidRPr="00534C57">
        <w:rPr>
          <w:rFonts w:cs="Times New Roman"/>
          <w:lang w:val="ru-RU"/>
        </w:rPr>
        <w:t>қаржылық</w:t>
      </w:r>
      <w:proofErr w:type="spellEnd"/>
      <w:r w:rsidRPr="003C35C7">
        <w:rPr>
          <w:rFonts w:cs="Times New Roman"/>
        </w:rPr>
        <w:t xml:space="preserve"> </w:t>
      </w:r>
      <w:proofErr w:type="spellStart"/>
      <w:r w:rsidRPr="00534C57">
        <w:rPr>
          <w:rFonts w:cs="Times New Roman"/>
          <w:lang w:val="ru-RU"/>
        </w:rPr>
        <w:t>есептілік</w:t>
      </w:r>
      <w:proofErr w:type="spellEnd"/>
      <w:r w:rsidRPr="003C35C7">
        <w:rPr>
          <w:rFonts w:cs="Times New Roman"/>
        </w:rPr>
        <w:t>;</w:t>
      </w:r>
    </w:p>
    <w:p w14:paraId="548986A1" w14:textId="77777777" w:rsidR="008A442E" w:rsidRPr="003C35C7" w:rsidRDefault="0045585D" w:rsidP="00534C57">
      <w:pPr>
        <w:pStyle w:val="a0"/>
        <w:jc w:val="both"/>
        <w:rPr>
          <w:rFonts w:cs="Times New Roman"/>
        </w:rPr>
      </w:pPr>
      <w:proofErr w:type="spellStart"/>
      <w:r w:rsidRPr="00534C57">
        <w:rPr>
          <w:rFonts w:cs="Times New Roman"/>
          <w:lang w:val="ru-RU"/>
        </w:rPr>
        <w:t>инвестициялық</w:t>
      </w:r>
      <w:proofErr w:type="spellEnd"/>
      <w:r w:rsidRPr="003C35C7">
        <w:rPr>
          <w:rFonts w:cs="Times New Roman"/>
        </w:rPr>
        <w:t xml:space="preserve"> </w:t>
      </w:r>
      <w:proofErr w:type="spellStart"/>
      <w:r w:rsidRPr="00534C57">
        <w:rPr>
          <w:rFonts w:cs="Times New Roman"/>
          <w:lang w:val="ru-RU"/>
        </w:rPr>
        <w:t>міндеттемелерді</w:t>
      </w:r>
      <w:proofErr w:type="spellEnd"/>
      <w:r w:rsidRPr="003C35C7">
        <w:rPr>
          <w:rFonts w:cs="Times New Roman"/>
        </w:rPr>
        <w:t xml:space="preserve"> </w:t>
      </w:r>
      <w:proofErr w:type="spellStart"/>
      <w:r w:rsidRPr="00534C57">
        <w:rPr>
          <w:rFonts w:cs="Times New Roman"/>
          <w:lang w:val="ru-RU"/>
        </w:rPr>
        <w:t>орындау</w:t>
      </w:r>
      <w:proofErr w:type="spellEnd"/>
      <w:r w:rsidRPr="003C35C7">
        <w:rPr>
          <w:rFonts w:cs="Times New Roman"/>
        </w:rPr>
        <w:t xml:space="preserve"> </w:t>
      </w:r>
      <w:proofErr w:type="spellStart"/>
      <w:r w:rsidRPr="00534C57">
        <w:rPr>
          <w:rFonts w:cs="Times New Roman"/>
          <w:lang w:val="ru-RU"/>
        </w:rPr>
        <w:t>үшін</w:t>
      </w:r>
      <w:proofErr w:type="spellEnd"/>
      <w:r w:rsidRPr="003C35C7">
        <w:rPr>
          <w:rFonts w:cs="Times New Roman"/>
        </w:rPr>
        <w:t xml:space="preserve"> </w:t>
      </w:r>
      <w:proofErr w:type="spellStart"/>
      <w:r w:rsidRPr="00534C57">
        <w:rPr>
          <w:rFonts w:cs="Times New Roman"/>
          <w:lang w:val="ru-RU"/>
        </w:rPr>
        <w:t>қаржылық</w:t>
      </w:r>
      <w:proofErr w:type="spellEnd"/>
      <w:r w:rsidRPr="003C35C7">
        <w:rPr>
          <w:rFonts w:cs="Times New Roman"/>
        </w:rPr>
        <w:t xml:space="preserve"> </w:t>
      </w:r>
      <w:proofErr w:type="spellStart"/>
      <w:r w:rsidRPr="00534C57">
        <w:rPr>
          <w:rFonts w:cs="Times New Roman"/>
          <w:lang w:val="ru-RU"/>
        </w:rPr>
        <w:t>ресурстардың</w:t>
      </w:r>
      <w:proofErr w:type="spellEnd"/>
      <w:r w:rsidRPr="003C35C7">
        <w:rPr>
          <w:rFonts w:cs="Times New Roman"/>
        </w:rPr>
        <w:t xml:space="preserve"> </w:t>
      </w:r>
      <w:r w:rsidRPr="00534C57">
        <w:rPr>
          <w:rFonts w:cs="Times New Roman"/>
          <w:lang w:val="ru-RU"/>
        </w:rPr>
        <w:t>бар</w:t>
      </w:r>
      <w:r w:rsidRPr="003C35C7">
        <w:rPr>
          <w:rFonts w:cs="Times New Roman"/>
        </w:rPr>
        <w:t xml:space="preserve"> </w:t>
      </w:r>
      <w:proofErr w:type="spellStart"/>
      <w:r w:rsidRPr="00534C57">
        <w:rPr>
          <w:rFonts w:cs="Times New Roman"/>
          <w:lang w:val="ru-RU"/>
        </w:rPr>
        <w:t>екенін</w:t>
      </w:r>
      <w:proofErr w:type="spellEnd"/>
      <w:r w:rsidRPr="003C35C7">
        <w:rPr>
          <w:rFonts w:cs="Times New Roman"/>
        </w:rPr>
        <w:t xml:space="preserve"> </w:t>
      </w:r>
      <w:proofErr w:type="spellStart"/>
      <w:r w:rsidRPr="00534C57">
        <w:rPr>
          <w:rFonts w:cs="Times New Roman"/>
          <w:lang w:val="ru-RU"/>
        </w:rPr>
        <w:t>растайтын</w:t>
      </w:r>
      <w:proofErr w:type="spellEnd"/>
      <w:r w:rsidRPr="003C35C7">
        <w:rPr>
          <w:rFonts w:cs="Times New Roman"/>
        </w:rPr>
        <w:t xml:space="preserve"> </w:t>
      </w:r>
      <w:proofErr w:type="spellStart"/>
      <w:r w:rsidRPr="00534C57">
        <w:rPr>
          <w:rFonts w:cs="Times New Roman"/>
          <w:lang w:val="ru-RU"/>
        </w:rPr>
        <w:t>құжаттар</w:t>
      </w:r>
      <w:proofErr w:type="spellEnd"/>
      <w:r w:rsidRPr="003C35C7">
        <w:rPr>
          <w:rFonts w:cs="Times New Roman"/>
        </w:rPr>
        <w:t>;</w:t>
      </w:r>
    </w:p>
    <w:p w14:paraId="3AFEA9C0" w14:textId="77777777" w:rsidR="008A442E" w:rsidRPr="003C35C7" w:rsidRDefault="0045585D" w:rsidP="00534C57">
      <w:pPr>
        <w:pStyle w:val="a0"/>
        <w:jc w:val="both"/>
        <w:rPr>
          <w:rFonts w:cs="Times New Roman"/>
        </w:rPr>
      </w:pPr>
      <w:proofErr w:type="spellStart"/>
      <w:r w:rsidRPr="00534C57">
        <w:rPr>
          <w:rFonts w:cs="Times New Roman"/>
          <w:lang w:val="ru-RU"/>
        </w:rPr>
        <w:t>берілетін</w:t>
      </w:r>
      <w:proofErr w:type="spellEnd"/>
      <w:r w:rsidRPr="003C35C7">
        <w:rPr>
          <w:rFonts w:cs="Times New Roman"/>
        </w:rPr>
        <w:t xml:space="preserve"> </w:t>
      </w:r>
      <w:proofErr w:type="spellStart"/>
      <w:r w:rsidRPr="00534C57">
        <w:rPr>
          <w:rFonts w:cs="Times New Roman"/>
          <w:lang w:val="ru-RU"/>
        </w:rPr>
        <w:t>Объектіні</w:t>
      </w:r>
      <w:proofErr w:type="spellEnd"/>
      <w:r w:rsidRPr="003C35C7">
        <w:rPr>
          <w:rFonts w:cs="Times New Roman"/>
        </w:rPr>
        <w:t xml:space="preserve"> </w:t>
      </w:r>
      <w:proofErr w:type="spellStart"/>
      <w:r w:rsidRPr="00534C57">
        <w:rPr>
          <w:rFonts w:cs="Times New Roman"/>
          <w:lang w:val="ru-RU"/>
        </w:rPr>
        <w:t>басқару</w:t>
      </w:r>
      <w:proofErr w:type="spellEnd"/>
      <w:r w:rsidRPr="003C35C7">
        <w:rPr>
          <w:rFonts w:cs="Times New Roman"/>
        </w:rPr>
        <w:t xml:space="preserve">, </w:t>
      </w:r>
      <w:proofErr w:type="spellStart"/>
      <w:r w:rsidRPr="00534C57">
        <w:rPr>
          <w:rFonts w:cs="Times New Roman"/>
          <w:lang w:val="ru-RU"/>
        </w:rPr>
        <w:t>пайдалану</w:t>
      </w:r>
      <w:proofErr w:type="spellEnd"/>
      <w:r w:rsidRPr="003C35C7">
        <w:rPr>
          <w:rFonts w:cs="Times New Roman"/>
        </w:rPr>
        <w:t xml:space="preserve"> </w:t>
      </w:r>
      <w:proofErr w:type="spellStart"/>
      <w:r w:rsidRPr="00534C57">
        <w:rPr>
          <w:rFonts w:cs="Times New Roman"/>
          <w:lang w:val="ru-RU"/>
        </w:rPr>
        <w:t>және</w:t>
      </w:r>
      <w:proofErr w:type="spellEnd"/>
      <w:r w:rsidRPr="003C35C7">
        <w:rPr>
          <w:rFonts w:cs="Times New Roman"/>
        </w:rPr>
        <w:t xml:space="preserve"> </w:t>
      </w:r>
      <w:proofErr w:type="spellStart"/>
      <w:r w:rsidRPr="00534C57">
        <w:rPr>
          <w:rFonts w:cs="Times New Roman"/>
          <w:lang w:val="ru-RU"/>
        </w:rPr>
        <w:t>дамыту</w:t>
      </w:r>
      <w:proofErr w:type="spellEnd"/>
      <w:r w:rsidRPr="003C35C7">
        <w:rPr>
          <w:rFonts w:cs="Times New Roman"/>
        </w:rPr>
        <w:t xml:space="preserve"> </w:t>
      </w:r>
      <w:proofErr w:type="spellStart"/>
      <w:r w:rsidRPr="00534C57">
        <w:rPr>
          <w:rFonts w:cs="Times New Roman"/>
          <w:lang w:val="ru-RU"/>
        </w:rPr>
        <w:t>тұжырымдамасы</w:t>
      </w:r>
      <w:proofErr w:type="spellEnd"/>
      <w:r w:rsidRPr="003C35C7">
        <w:rPr>
          <w:rFonts w:cs="Times New Roman"/>
        </w:rPr>
        <w:t>;</w:t>
      </w:r>
    </w:p>
    <w:p w14:paraId="56C30DBB" w14:textId="77777777" w:rsidR="008A442E" w:rsidRPr="003C35C7" w:rsidRDefault="0045585D">
      <w:pPr>
        <w:pStyle w:val="a0"/>
        <w:rPr>
          <w:rFonts w:cs="Times New Roman"/>
        </w:rPr>
      </w:pPr>
      <w:proofErr w:type="spellStart"/>
      <w:r w:rsidRPr="00534C57">
        <w:rPr>
          <w:rFonts w:cs="Times New Roman"/>
          <w:lang w:val="ru-RU"/>
        </w:rPr>
        <w:t>хабарландыруда</w:t>
      </w:r>
      <w:proofErr w:type="spellEnd"/>
      <w:r w:rsidRPr="003C35C7">
        <w:rPr>
          <w:rFonts w:cs="Times New Roman"/>
        </w:rPr>
        <w:t xml:space="preserve"> </w:t>
      </w:r>
      <w:proofErr w:type="spellStart"/>
      <w:r w:rsidRPr="00534C57">
        <w:rPr>
          <w:rFonts w:cs="Times New Roman"/>
          <w:lang w:val="ru-RU"/>
        </w:rPr>
        <w:t>және</w:t>
      </w:r>
      <w:proofErr w:type="spellEnd"/>
      <w:r w:rsidRPr="003C35C7">
        <w:rPr>
          <w:rFonts w:cs="Times New Roman"/>
        </w:rPr>
        <w:t xml:space="preserve"> </w:t>
      </w:r>
      <w:proofErr w:type="spellStart"/>
      <w:r w:rsidRPr="00534C57">
        <w:rPr>
          <w:rFonts w:cs="Times New Roman"/>
          <w:lang w:val="ru-RU"/>
        </w:rPr>
        <w:t>конкурстық</w:t>
      </w:r>
      <w:proofErr w:type="spellEnd"/>
      <w:r w:rsidRPr="003C35C7">
        <w:rPr>
          <w:rFonts w:cs="Times New Roman"/>
        </w:rPr>
        <w:t xml:space="preserve"> </w:t>
      </w:r>
      <w:proofErr w:type="spellStart"/>
      <w:r w:rsidRPr="00534C57">
        <w:rPr>
          <w:rFonts w:cs="Times New Roman"/>
          <w:lang w:val="ru-RU"/>
        </w:rPr>
        <w:t>құжаттамада</w:t>
      </w:r>
      <w:proofErr w:type="spellEnd"/>
      <w:r w:rsidRPr="003C35C7">
        <w:rPr>
          <w:rFonts w:cs="Times New Roman"/>
        </w:rPr>
        <w:t xml:space="preserve"> </w:t>
      </w:r>
      <w:proofErr w:type="spellStart"/>
      <w:r w:rsidRPr="00534C57">
        <w:rPr>
          <w:rFonts w:cs="Times New Roman"/>
          <w:lang w:val="ru-RU"/>
        </w:rPr>
        <w:t>тікелей</w:t>
      </w:r>
      <w:proofErr w:type="spellEnd"/>
      <w:r w:rsidRPr="003C35C7">
        <w:rPr>
          <w:rFonts w:cs="Times New Roman"/>
        </w:rPr>
        <w:t xml:space="preserve"> </w:t>
      </w:r>
      <w:proofErr w:type="spellStart"/>
      <w:r w:rsidRPr="00534C57">
        <w:rPr>
          <w:rFonts w:cs="Times New Roman"/>
          <w:lang w:val="ru-RU"/>
        </w:rPr>
        <w:t>көзделген</w:t>
      </w:r>
      <w:proofErr w:type="spellEnd"/>
      <w:r w:rsidRPr="003C35C7">
        <w:rPr>
          <w:rFonts w:cs="Times New Roman"/>
        </w:rPr>
        <w:t xml:space="preserve"> </w:t>
      </w:r>
      <w:proofErr w:type="spellStart"/>
      <w:r w:rsidRPr="00534C57">
        <w:rPr>
          <w:rFonts w:cs="Times New Roman"/>
          <w:lang w:val="ru-RU"/>
        </w:rPr>
        <w:t>өзге</w:t>
      </w:r>
      <w:proofErr w:type="spellEnd"/>
      <w:r w:rsidRPr="003C35C7">
        <w:rPr>
          <w:rFonts w:cs="Times New Roman"/>
        </w:rPr>
        <w:t xml:space="preserve"> </w:t>
      </w:r>
      <w:r w:rsidRPr="00534C57">
        <w:rPr>
          <w:rFonts w:cs="Times New Roman"/>
          <w:lang w:val="ru-RU"/>
        </w:rPr>
        <w:t>де</w:t>
      </w:r>
      <w:r w:rsidRPr="003C35C7">
        <w:rPr>
          <w:rFonts w:cs="Times New Roman"/>
        </w:rPr>
        <w:t xml:space="preserve"> </w:t>
      </w:r>
      <w:proofErr w:type="spellStart"/>
      <w:r w:rsidRPr="00534C57">
        <w:rPr>
          <w:rFonts w:cs="Times New Roman"/>
          <w:lang w:val="ru-RU"/>
        </w:rPr>
        <w:t>құжаттар</w:t>
      </w:r>
      <w:proofErr w:type="spellEnd"/>
      <w:r w:rsidRPr="003C35C7">
        <w:rPr>
          <w:rFonts w:cs="Times New Roman"/>
        </w:rPr>
        <w:t>.</w:t>
      </w:r>
    </w:p>
    <w:p w14:paraId="13F296C1" w14:textId="77777777" w:rsidR="008A442E" w:rsidRPr="003C35C7" w:rsidRDefault="0045585D">
      <w:pPr>
        <w:pStyle w:val="1"/>
        <w:rPr>
          <w:rFonts w:ascii="Times New Roman" w:hAnsi="Times New Roman" w:cs="Times New Roman"/>
        </w:rPr>
      </w:pPr>
      <w:r w:rsidRPr="003C35C7">
        <w:rPr>
          <w:rFonts w:ascii="Times New Roman" w:hAnsi="Times New Roman" w:cs="Times New Roman"/>
        </w:rPr>
        <w:t xml:space="preserve">12. </w:t>
      </w:r>
      <w:proofErr w:type="spellStart"/>
      <w:r w:rsidRPr="00534C57">
        <w:rPr>
          <w:rFonts w:ascii="Times New Roman" w:hAnsi="Times New Roman" w:cs="Times New Roman"/>
          <w:lang w:val="ru-RU"/>
        </w:rPr>
        <w:t>Сәйкестікті</w:t>
      </w:r>
      <w:proofErr w:type="spellEnd"/>
      <w:r w:rsidRPr="003C35C7">
        <w:rPr>
          <w:rFonts w:ascii="Times New Roman" w:hAnsi="Times New Roman" w:cs="Times New Roman"/>
        </w:rPr>
        <w:t xml:space="preserve"> </w:t>
      </w:r>
      <w:proofErr w:type="spellStart"/>
      <w:r w:rsidRPr="00534C57">
        <w:rPr>
          <w:rFonts w:ascii="Times New Roman" w:hAnsi="Times New Roman" w:cs="Times New Roman"/>
          <w:lang w:val="ru-RU"/>
        </w:rPr>
        <w:t>бағалау</w:t>
      </w:r>
      <w:proofErr w:type="spellEnd"/>
      <w:r w:rsidRPr="003C35C7">
        <w:rPr>
          <w:rFonts w:ascii="Times New Roman" w:hAnsi="Times New Roman" w:cs="Times New Roman"/>
        </w:rPr>
        <w:t xml:space="preserve"> </w:t>
      </w:r>
      <w:proofErr w:type="spellStart"/>
      <w:r w:rsidRPr="00534C57">
        <w:rPr>
          <w:rFonts w:ascii="Times New Roman" w:hAnsi="Times New Roman" w:cs="Times New Roman"/>
          <w:lang w:val="ru-RU"/>
        </w:rPr>
        <w:t>тәртібі</w:t>
      </w:r>
      <w:proofErr w:type="spellEnd"/>
    </w:p>
    <w:p w14:paraId="5C8E1918" w14:textId="77777777" w:rsidR="008A442E" w:rsidRPr="003C35C7" w:rsidRDefault="0045585D" w:rsidP="00534C57">
      <w:pPr>
        <w:jc w:val="both"/>
        <w:rPr>
          <w:rFonts w:cs="Times New Roman"/>
        </w:rPr>
      </w:pPr>
      <w:r w:rsidRPr="003C35C7">
        <w:rPr>
          <w:rFonts w:cs="Times New Roman"/>
          <w:b/>
        </w:rPr>
        <w:t xml:space="preserve">12.1. </w:t>
      </w:r>
      <w:proofErr w:type="spellStart"/>
      <w:r w:rsidRPr="00534C57">
        <w:rPr>
          <w:rFonts w:cs="Times New Roman"/>
          <w:b/>
          <w:lang w:val="ru-RU"/>
        </w:rPr>
        <w:t>Конкурстық</w:t>
      </w:r>
      <w:proofErr w:type="spellEnd"/>
      <w:r w:rsidRPr="003C35C7">
        <w:rPr>
          <w:rFonts w:cs="Times New Roman"/>
          <w:b/>
        </w:rPr>
        <w:t xml:space="preserve"> </w:t>
      </w:r>
      <w:proofErr w:type="spellStart"/>
      <w:r w:rsidRPr="00534C57">
        <w:rPr>
          <w:rFonts w:cs="Times New Roman"/>
          <w:b/>
          <w:lang w:val="ru-RU"/>
        </w:rPr>
        <w:t>құжаттамада</w:t>
      </w:r>
      <w:proofErr w:type="spellEnd"/>
      <w:r w:rsidRPr="003C35C7">
        <w:rPr>
          <w:rFonts w:cs="Times New Roman"/>
          <w:b/>
        </w:rPr>
        <w:t xml:space="preserve"> </w:t>
      </w:r>
      <w:proofErr w:type="spellStart"/>
      <w:r w:rsidRPr="00534C57">
        <w:rPr>
          <w:rFonts w:cs="Times New Roman"/>
          <w:b/>
          <w:lang w:val="ru-RU"/>
        </w:rPr>
        <w:t>міндетті</w:t>
      </w:r>
      <w:proofErr w:type="spellEnd"/>
      <w:r w:rsidRPr="003C35C7">
        <w:rPr>
          <w:rFonts w:cs="Times New Roman"/>
          <w:b/>
        </w:rPr>
        <w:t xml:space="preserve"> </w:t>
      </w:r>
      <w:proofErr w:type="spellStart"/>
      <w:r w:rsidRPr="00534C57">
        <w:rPr>
          <w:rFonts w:cs="Times New Roman"/>
          <w:b/>
          <w:lang w:val="ru-RU"/>
        </w:rPr>
        <w:t>ретінде</w:t>
      </w:r>
      <w:proofErr w:type="spellEnd"/>
      <w:r w:rsidRPr="003C35C7">
        <w:rPr>
          <w:rFonts w:cs="Times New Roman"/>
          <w:b/>
        </w:rPr>
        <w:t xml:space="preserve"> </w:t>
      </w:r>
      <w:proofErr w:type="spellStart"/>
      <w:r w:rsidRPr="00534C57">
        <w:rPr>
          <w:rFonts w:cs="Times New Roman"/>
          <w:b/>
          <w:lang w:val="ru-RU"/>
        </w:rPr>
        <w:t>белгіленген</w:t>
      </w:r>
      <w:proofErr w:type="spellEnd"/>
      <w:r w:rsidRPr="003C35C7">
        <w:rPr>
          <w:rFonts w:cs="Times New Roman"/>
          <w:b/>
        </w:rPr>
        <w:t xml:space="preserve"> </w:t>
      </w:r>
      <w:proofErr w:type="spellStart"/>
      <w:r w:rsidRPr="00534C57">
        <w:rPr>
          <w:rFonts w:cs="Times New Roman"/>
          <w:b/>
          <w:lang w:val="ru-RU"/>
        </w:rPr>
        <w:t>барлық</w:t>
      </w:r>
      <w:proofErr w:type="spellEnd"/>
      <w:r w:rsidRPr="003C35C7">
        <w:rPr>
          <w:rFonts w:cs="Times New Roman"/>
          <w:b/>
        </w:rPr>
        <w:t xml:space="preserve"> </w:t>
      </w:r>
      <w:proofErr w:type="spellStart"/>
      <w:r w:rsidRPr="00534C57">
        <w:rPr>
          <w:rFonts w:cs="Times New Roman"/>
          <w:b/>
          <w:lang w:val="ru-RU"/>
        </w:rPr>
        <w:t>біліктілік</w:t>
      </w:r>
      <w:proofErr w:type="spellEnd"/>
      <w:r w:rsidRPr="003C35C7">
        <w:rPr>
          <w:rFonts w:cs="Times New Roman"/>
          <w:b/>
        </w:rPr>
        <w:t xml:space="preserve"> </w:t>
      </w:r>
      <w:proofErr w:type="spellStart"/>
      <w:r w:rsidRPr="00534C57">
        <w:rPr>
          <w:rFonts w:cs="Times New Roman"/>
          <w:b/>
          <w:lang w:val="ru-RU"/>
        </w:rPr>
        <w:t>талаптары</w:t>
      </w:r>
      <w:proofErr w:type="spellEnd"/>
      <w:r w:rsidRPr="003C35C7">
        <w:rPr>
          <w:rFonts w:cs="Times New Roman"/>
          <w:b/>
        </w:rPr>
        <w:t xml:space="preserve"> </w:t>
      </w:r>
      <w:proofErr w:type="spellStart"/>
      <w:r w:rsidRPr="00534C57">
        <w:rPr>
          <w:rFonts w:cs="Times New Roman"/>
          <w:b/>
          <w:lang w:val="ru-RU"/>
        </w:rPr>
        <w:t>конкурсқа</w:t>
      </w:r>
      <w:proofErr w:type="spellEnd"/>
      <w:r w:rsidRPr="003C35C7">
        <w:rPr>
          <w:rFonts w:cs="Times New Roman"/>
          <w:b/>
        </w:rPr>
        <w:t xml:space="preserve"> </w:t>
      </w:r>
      <w:proofErr w:type="spellStart"/>
      <w:r w:rsidRPr="00534C57">
        <w:rPr>
          <w:rFonts w:cs="Times New Roman"/>
          <w:b/>
          <w:lang w:val="ru-RU"/>
        </w:rPr>
        <w:t>жіберу</w:t>
      </w:r>
      <w:proofErr w:type="spellEnd"/>
      <w:r w:rsidRPr="003C35C7">
        <w:rPr>
          <w:rFonts w:cs="Times New Roman"/>
          <w:b/>
        </w:rPr>
        <w:t xml:space="preserve"> </w:t>
      </w:r>
      <w:proofErr w:type="spellStart"/>
      <w:r w:rsidRPr="00534C57">
        <w:rPr>
          <w:rFonts w:cs="Times New Roman"/>
          <w:b/>
          <w:lang w:val="ru-RU"/>
        </w:rPr>
        <w:t>шарттары</w:t>
      </w:r>
      <w:proofErr w:type="spellEnd"/>
      <w:r w:rsidRPr="003C35C7">
        <w:rPr>
          <w:rFonts w:cs="Times New Roman"/>
          <w:b/>
        </w:rPr>
        <w:t xml:space="preserve"> </w:t>
      </w:r>
      <w:proofErr w:type="spellStart"/>
      <w:r w:rsidRPr="00534C57">
        <w:rPr>
          <w:rFonts w:cs="Times New Roman"/>
          <w:b/>
          <w:lang w:val="ru-RU"/>
        </w:rPr>
        <w:t>болып</w:t>
      </w:r>
      <w:proofErr w:type="spellEnd"/>
      <w:r w:rsidRPr="003C35C7">
        <w:rPr>
          <w:rFonts w:cs="Times New Roman"/>
          <w:b/>
        </w:rPr>
        <w:t xml:space="preserve"> </w:t>
      </w:r>
      <w:proofErr w:type="spellStart"/>
      <w:r w:rsidRPr="00534C57">
        <w:rPr>
          <w:rFonts w:cs="Times New Roman"/>
          <w:b/>
          <w:lang w:val="ru-RU"/>
        </w:rPr>
        <w:t>табылады</w:t>
      </w:r>
      <w:proofErr w:type="spellEnd"/>
      <w:r w:rsidRPr="003C35C7">
        <w:rPr>
          <w:rFonts w:cs="Times New Roman"/>
          <w:b/>
        </w:rPr>
        <w:t>.</w:t>
      </w:r>
    </w:p>
    <w:p w14:paraId="52658349" w14:textId="77777777" w:rsidR="008A442E" w:rsidRPr="003C35C7" w:rsidRDefault="0045585D" w:rsidP="00534C57">
      <w:pPr>
        <w:jc w:val="both"/>
        <w:rPr>
          <w:rFonts w:cs="Times New Roman"/>
        </w:rPr>
      </w:pPr>
      <w:r w:rsidRPr="003C35C7">
        <w:rPr>
          <w:rFonts w:cs="Times New Roman"/>
          <w:b/>
        </w:rPr>
        <w:t xml:space="preserve">12.2. </w:t>
      </w:r>
      <w:proofErr w:type="spellStart"/>
      <w:r w:rsidRPr="00534C57">
        <w:rPr>
          <w:rFonts w:cs="Times New Roman"/>
          <w:b/>
          <w:lang w:val="ru-RU"/>
        </w:rPr>
        <w:t>Міндетті</w:t>
      </w:r>
      <w:proofErr w:type="spellEnd"/>
      <w:r w:rsidRPr="003C35C7">
        <w:rPr>
          <w:rFonts w:cs="Times New Roman"/>
          <w:b/>
        </w:rPr>
        <w:t xml:space="preserve"> </w:t>
      </w:r>
      <w:proofErr w:type="spellStart"/>
      <w:r w:rsidRPr="00534C57">
        <w:rPr>
          <w:rFonts w:cs="Times New Roman"/>
          <w:b/>
          <w:lang w:val="ru-RU"/>
        </w:rPr>
        <w:t>растайтын</w:t>
      </w:r>
      <w:proofErr w:type="spellEnd"/>
      <w:r w:rsidRPr="003C35C7">
        <w:rPr>
          <w:rFonts w:cs="Times New Roman"/>
          <w:b/>
        </w:rPr>
        <w:t xml:space="preserve"> </w:t>
      </w:r>
      <w:proofErr w:type="spellStart"/>
      <w:r w:rsidRPr="00534C57">
        <w:rPr>
          <w:rFonts w:cs="Times New Roman"/>
          <w:b/>
          <w:lang w:val="ru-RU"/>
        </w:rPr>
        <w:t>құжатты</w:t>
      </w:r>
      <w:proofErr w:type="spellEnd"/>
      <w:r w:rsidRPr="003C35C7">
        <w:rPr>
          <w:rFonts w:cs="Times New Roman"/>
          <w:b/>
        </w:rPr>
        <w:t xml:space="preserve"> </w:t>
      </w:r>
      <w:proofErr w:type="spellStart"/>
      <w:r w:rsidRPr="00534C57">
        <w:rPr>
          <w:rFonts w:cs="Times New Roman"/>
          <w:b/>
          <w:lang w:val="ru-RU"/>
        </w:rPr>
        <w:t>ұсынбау</w:t>
      </w:r>
      <w:proofErr w:type="spellEnd"/>
      <w:r w:rsidRPr="003C35C7">
        <w:rPr>
          <w:rFonts w:cs="Times New Roman"/>
          <w:b/>
        </w:rPr>
        <w:t xml:space="preserve">, </w:t>
      </w:r>
      <w:proofErr w:type="spellStart"/>
      <w:r w:rsidRPr="00534C57">
        <w:rPr>
          <w:rFonts w:cs="Times New Roman"/>
          <w:b/>
          <w:lang w:val="ru-RU"/>
        </w:rPr>
        <w:t>дұрыс</w:t>
      </w:r>
      <w:proofErr w:type="spellEnd"/>
      <w:r w:rsidRPr="003C35C7">
        <w:rPr>
          <w:rFonts w:cs="Times New Roman"/>
          <w:b/>
        </w:rPr>
        <w:t xml:space="preserve"> </w:t>
      </w:r>
      <w:proofErr w:type="spellStart"/>
      <w:r w:rsidRPr="00534C57">
        <w:rPr>
          <w:rFonts w:cs="Times New Roman"/>
          <w:b/>
          <w:lang w:val="ru-RU"/>
        </w:rPr>
        <w:t>емес</w:t>
      </w:r>
      <w:proofErr w:type="spellEnd"/>
      <w:r w:rsidRPr="003C35C7">
        <w:rPr>
          <w:rFonts w:cs="Times New Roman"/>
          <w:b/>
        </w:rPr>
        <w:t xml:space="preserve"> </w:t>
      </w:r>
      <w:proofErr w:type="spellStart"/>
      <w:r w:rsidRPr="00534C57">
        <w:rPr>
          <w:rFonts w:cs="Times New Roman"/>
          <w:b/>
          <w:lang w:val="ru-RU"/>
        </w:rPr>
        <w:t>мәліметтерді</w:t>
      </w:r>
      <w:proofErr w:type="spellEnd"/>
      <w:r w:rsidRPr="003C35C7">
        <w:rPr>
          <w:rFonts w:cs="Times New Roman"/>
          <w:b/>
        </w:rPr>
        <w:t xml:space="preserve"> </w:t>
      </w:r>
      <w:proofErr w:type="spellStart"/>
      <w:r w:rsidRPr="00534C57">
        <w:rPr>
          <w:rFonts w:cs="Times New Roman"/>
          <w:b/>
          <w:lang w:val="ru-RU"/>
        </w:rPr>
        <w:t>ұсыну</w:t>
      </w:r>
      <w:proofErr w:type="spellEnd"/>
      <w:r w:rsidRPr="003C35C7">
        <w:rPr>
          <w:rFonts w:cs="Times New Roman"/>
          <w:b/>
        </w:rPr>
        <w:t xml:space="preserve"> </w:t>
      </w:r>
      <w:r w:rsidRPr="00534C57">
        <w:rPr>
          <w:rFonts w:cs="Times New Roman"/>
          <w:b/>
          <w:lang w:val="ru-RU"/>
        </w:rPr>
        <w:t>не</w:t>
      </w:r>
      <w:r w:rsidRPr="003C35C7">
        <w:rPr>
          <w:rFonts w:cs="Times New Roman"/>
          <w:b/>
        </w:rPr>
        <w:t xml:space="preserve"> </w:t>
      </w:r>
      <w:proofErr w:type="spellStart"/>
      <w:r w:rsidRPr="00534C57">
        <w:rPr>
          <w:rFonts w:cs="Times New Roman"/>
          <w:b/>
          <w:lang w:val="ru-RU"/>
        </w:rPr>
        <w:t>қатысушының</w:t>
      </w:r>
      <w:proofErr w:type="spellEnd"/>
      <w:r w:rsidRPr="003C35C7">
        <w:rPr>
          <w:rFonts w:cs="Times New Roman"/>
          <w:b/>
        </w:rPr>
        <w:t xml:space="preserve"> </w:t>
      </w:r>
      <w:proofErr w:type="spellStart"/>
      <w:r w:rsidRPr="00534C57">
        <w:rPr>
          <w:rFonts w:cs="Times New Roman"/>
          <w:b/>
          <w:lang w:val="ru-RU"/>
        </w:rPr>
        <w:t>белгіленген</w:t>
      </w:r>
      <w:proofErr w:type="spellEnd"/>
      <w:r w:rsidRPr="003C35C7">
        <w:rPr>
          <w:rFonts w:cs="Times New Roman"/>
          <w:b/>
        </w:rPr>
        <w:t xml:space="preserve"> </w:t>
      </w:r>
      <w:proofErr w:type="spellStart"/>
      <w:r w:rsidRPr="00534C57">
        <w:rPr>
          <w:rFonts w:cs="Times New Roman"/>
          <w:b/>
          <w:lang w:val="ru-RU"/>
        </w:rPr>
        <w:t>міндетті</w:t>
      </w:r>
      <w:proofErr w:type="spellEnd"/>
      <w:r w:rsidRPr="003C35C7">
        <w:rPr>
          <w:rFonts w:cs="Times New Roman"/>
          <w:b/>
        </w:rPr>
        <w:t xml:space="preserve"> </w:t>
      </w:r>
      <w:proofErr w:type="spellStart"/>
      <w:r w:rsidRPr="00534C57">
        <w:rPr>
          <w:rFonts w:cs="Times New Roman"/>
          <w:b/>
          <w:lang w:val="ru-RU"/>
        </w:rPr>
        <w:t>біліктілік</w:t>
      </w:r>
      <w:proofErr w:type="spellEnd"/>
      <w:r w:rsidRPr="003C35C7">
        <w:rPr>
          <w:rFonts w:cs="Times New Roman"/>
          <w:b/>
        </w:rPr>
        <w:t xml:space="preserve"> </w:t>
      </w:r>
      <w:proofErr w:type="spellStart"/>
      <w:r w:rsidRPr="00534C57">
        <w:rPr>
          <w:rFonts w:cs="Times New Roman"/>
          <w:b/>
          <w:lang w:val="ru-RU"/>
        </w:rPr>
        <w:t>талабына</w:t>
      </w:r>
      <w:proofErr w:type="spellEnd"/>
      <w:r w:rsidRPr="003C35C7">
        <w:rPr>
          <w:rFonts w:cs="Times New Roman"/>
          <w:b/>
        </w:rPr>
        <w:t xml:space="preserve"> </w:t>
      </w:r>
      <w:proofErr w:type="spellStart"/>
      <w:r w:rsidRPr="00534C57">
        <w:rPr>
          <w:rFonts w:cs="Times New Roman"/>
          <w:b/>
          <w:lang w:val="ru-RU"/>
        </w:rPr>
        <w:t>сәйкес</w:t>
      </w:r>
      <w:proofErr w:type="spellEnd"/>
      <w:r w:rsidRPr="003C35C7">
        <w:rPr>
          <w:rFonts w:cs="Times New Roman"/>
          <w:b/>
        </w:rPr>
        <w:t xml:space="preserve"> </w:t>
      </w:r>
      <w:proofErr w:type="spellStart"/>
      <w:r w:rsidRPr="00534C57">
        <w:rPr>
          <w:rFonts w:cs="Times New Roman"/>
          <w:b/>
          <w:lang w:val="ru-RU"/>
        </w:rPr>
        <w:t>келмеуі</w:t>
      </w:r>
      <w:proofErr w:type="spellEnd"/>
      <w:r w:rsidRPr="003C35C7">
        <w:rPr>
          <w:rFonts w:cs="Times New Roman"/>
          <w:b/>
        </w:rPr>
        <w:t xml:space="preserve"> </w:t>
      </w:r>
      <w:r w:rsidRPr="00534C57">
        <w:rPr>
          <w:rFonts w:cs="Times New Roman"/>
          <w:b/>
          <w:lang w:val="ru-RU"/>
        </w:rPr>
        <w:t>Конкурс</w:t>
      </w:r>
      <w:r w:rsidRPr="003C35C7">
        <w:rPr>
          <w:rFonts w:cs="Times New Roman"/>
          <w:b/>
        </w:rPr>
        <w:t xml:space="preserve"> </w:t>
      </w:r>
      <w:proofErr w:type="spellStart"/>
      <w:r w:rsidRPr="00534C57">
        <w:rPr>
          <w:rFonts w:cs="Times New Roman"/>
          <w:b/>
          <w:lang w:val="ru-RU"/>
        </w:rPr>
        <w:t>өткізу</w:t>
      </w:r>
      <w:proofErr w:type="spellEnd"/>
      <w:r w:rsidRPr="003C35C7">
        <w:rPr>
          <w:rFonts w:cs="Times New Roman"/>
          <w:b/>
        </w:rPr>
        <w:t xml:space="preserve"> </w:t>
      </w:r>
      <w:proofErr w:type="spellStart"/>
      <w:r w:rsidRPr="00534C57">
        <w:rPr>
          <w:rFonts w:cs="Times New Roman"/>
          <w:b/>
          <w:lang w:val="ru-RU"/>
        </w:rPr>
        <w:t>қағидаларында</w:t>
      </w:r>
      <w:proofErr w:type="spellEnd"/>
      <w:r w:rsidRPr="003C35C7">
        <w:rPr>
          <w:rFonts w:cs="Times New Roman"/>
          <w:b/>
        </w:rPr>
        <w:t xml:space="preserve"> </w:t>
      </w:r>
      <w:proofErr w:type="spellStart"/>
      <w:r w:rsidRPr="00534C57">
        <w:rPr>
          <w:rFonts w:cs="Times New Roman"/>
          <w:b/>
          <w:lang w:val="ru-RU"/>
        </w:rPr>
        <w:t>көзделген</w:t>
      </w:r>
      <w:proofErr w:type="spellEnd"/>
      <w:r w:rsidRPr="003C35C7">
        <w:rPr>
          <w:rFonts w:cs="Times New Roman"/>
          <w:b/>
        </w:rPr>
        <w:t xml:space="preserve"> </w:t>
      </w:r>
      <w:proofErr w:type="spellStart"/>
      <w:r w:rsidRPr="00534C57">
        <w:rPr>
          <w:rFonts w:cs="Times New Roman"/>
          <w:b/>
          <w:lang w:val="ru-RU"/>
        </w:rPr>
        <w:t>жағдайлар</w:t>
      </w:r>
      <w:proofErr w:type="spellEnd"/>
      <w:r w:rsidRPr="003C35C7">
        <w:rPr>
          <w:rFonts w:cs="Times New Roman"/>
          <w:b/>
        </w:rPr>
        <w:t xml:space="preserve"> </w:t>
      </w:r>
      <w:r w:rsidRPr="00534C57">
        <w:rPr>
          <w:rFonts w:cs="Times New Roman"/>
          <w:b/>
          <w:lang w:val="ru-RU"/>
        </w:rPr>
        <w:t>мен</w:t>
      </w:r>
      <w:r w:rsidRPr="003C35C7">
        <w:rPr>
          <w:rFonts w:cs="Times New Roman"/>
          <w:b/>
        </w:rPr>
        <w:t xml:space="preserve"> </w:t>
      </w:r>
      <w:proofErr w:type="spellStart"/>
      <w:r w:rsidRPr="00534C57">
        <w:rPr>
          <w:rFonts w:cs="Times New Roman"/>
          <w:b/>
          <w:lang w:val="ru-RU"/>
        </w:rPr>
        <w:t>тәртіпте</w:t>
      </w:r>
      <w:proofErr w:type="spellEnd"/>
      <w:r w:rsidRPr="003C35C7">
        <w:rPr>
          <w:rFonts w:cs="Times New Roman"/>
          <w:b/>
        </w:rPr>
        <w:t xml:space="preserve"> </w:t>
      </w:r>
      <w:proofErr w:type="spellStart"/>
      <w:r w:rsidRPr="00534C57">
        <w:rPr>
          <w:rFonts w:cs="Times New Roman"/>
          <w:b/>
          <w:lang w:val="ru-RU"/>
        </w:rPr>
        <w:t>конкурсқа</w:t>
      </w:r>
      <w:proofErr w:type="spellEnd"/>
      <w:r w:rsidRPr="003C35C7">
        <w:rPr>
          <w:rFonts w:cs="Times New Roman"/>
          <w:b/>
        </w:rPr>
        <w:t xml:space="preserve"> </w:t>
      </w:r>
      <w:proofErr w:type="spellStart"/>
      <w:r w:rsidRPr="00534C57">
        <w:rPr>
          <w:rFonts w:cs="Times New Roman"/>
          <w:b/>
          <w:lang w:val="ru-RU"/>
        </w:rPr>
        <w:t>жібермеуге</w:t>
      </w:r>
      <w:proofErr w:type="spellEnd"/>
      <w:r w:rsidRPr="003C35C7">
        <w:rPr>
          <w:rFonts w:cs="Times New Roman"/>
          <w:b/>
        </w:rPr>
        <w:t xml:space="preserve"> </w:t>
      </w:r>
      <w:proofErr w:type="spellStart"/>
      <w:r w:rsidRPr="00534C57">
        <w:rPr>
          <w:rFonts w:cs="Times New Roman"/>
          <w:b/>
          <w:lang w:val="ru-RU"/>
        </w:rPr>
        <w:t>негіз</w:t>
      </w:r>
      <w:proofErr w:type="spellEnd"/>
      <w:r w:rsidRPr="003C35C7">
        <w:rPr>
          <w:rFonts w:cs="Times New Roman"/>
          <w:b/>
        </w:rPr>
        <w:t xml:space="preserve"> </w:t>
      </w:r>
      <w:proofErr w:type="spellStart"/>
      <w:r w:rsidRPr="00534C57">
        <w:rPr>
          <w:rFonts w:cs="Times New Roman"/>
          <w:b/>
          <w:lang w:val="ru-RU"/>
        </w:rPr>
        <w:t>болып</w:t>
      </w:r>
      <w:proofErr w:type="spellEnd"/>
      <w:r w:rsidRPr="003C35C7">
        <w:rPr>
          <w:rFonts w:cs="Times New Roman"/>
          <w:b/>
        </w:rPr>
        <w:t xml:space="preserve"> </w:t>
      </w:r>
      <w:proofErr w:type="spellStart"/>
      <w:r w:rsidRPr="00534C57">
        <w:rPr>
          <w:rFonts w:cs="Times New Roman"/>
          <w:b/>
          <w:lang w:val="ru-RU"/>
        </w:rPr>
        <w:t>табылады</w:t>
      </w:r>
      <w:proofErr w:type="spellEnd"/>
      <w:r w:rsidRPr="003C35C7">
        <w:rPr>
          <w:rFonts w:cs="Times New Roman"/>
          <w:b/>
        </w:rPr>
        <w:t>.</w:t>
      </w:r>
    </w:p>
    <w:p w14:paraId="1B6A71FF" w14:textId="77777777" w:rsidR="008A442E" w:rsidRPr="003C35C7" w:rsidRDefault="0045585D" w:rsidP="00534C57">
      <w:pPr>
        <w:jc w:val="both"/>
        <w:rPr>
          <w:rFonts w:cs="Times New Roman"/>
        </w:rPr>
      </w:pPr>
      <w:r w:rsidRPr="003C35C7">
        <w:rPr>
          <w:rFonts w:cs="Times New Roman"/>
          <w:b/>
        </w:rPr>
        <w:t xml:space="preserve">12.3. </w:t>
      </w:r>
      <w:r w:rsidRPr="00534C57">
        <w:rPr>
          <w:rFonts w:cs="Times New Roman"/>
          <w:b/>
          <w:lang w:val="ru-RU"/>
        </w:rPr>
        <w:t>Комиссия</w:t>
      </w:r>
      <w:r w:rsidRPr="003C35C7">
        <w:rPr>
          <w:rFonts w:cs="Times New Roman"/>
          <w:b/>
        </w:rPr>
        <w:t xml:space="preserve"> </w:t>
      </w:r>
      <w:proofErr w:type="spellStart"/>
      <w:r w:rsidRPr="00534C57">
        <w:rPr>
          <w:rFonts w:cs="Times New Roman"/>
          <w:b/>
          <w:lang w:val="ru-RU"/>
        </w:rPr>
        <w:t>конкурсқа</w:t>
      </w:r>
      <w:proofErr w:type="spellEnd"/>
      <w:r w:rsidRPr="003C35C7">
        <w:rPr>
          <w:rFonts w:cs="Times New Roman"/>
          <w:b/>
        </w:rPr>
        <w:t xml:space="preserve"> </w:t>
      </w:r>
      <w:proofErr w:type="spellStart"/>
      <w:r w:rsidRPr="00534C57">
        <w:rPr>
          <w:rFonts w:cs="Times New Roman"/>
          <w:b/>
          <w:lang w:val="ru-RU"/>
        </w:rPr>
        <w:t>қатысушылардың</w:t>
      </w:r>
      <w:proofErr w:type="spellEnd"/>
      <w:r w:rsidRPr="003C35C7">
        <w:rPr>
          <w:rFonts w:cs="Times New Roman"/>
          <w:b/>
        </w:rPr>
        <w:t xml:space="preserve"> </w:t>
      </w:r>
      <w:proofErr w:type="spellStart"/>
      <w:r w:rsidRPr="00534C57">
        <w:rPr>
          <w:rFonts w:cs="Times New Roman"/>
          <w:b/>
          <w:lang w:val="ru-RU"/>
        </w:rPr>
        <w:t>барлығына</w:t>
      </w:r>
      <w:proofErr w:type="spellEnd"/>
      <w:r w:rsidRPr="003C35C7">
        <w:rPr>
          <w:rFonts w:cs="Times New Roman"/>
          <w:b/>
        </w:rPr>
        <w:t xml:space="preserve"> </w:t>
      </w:r>
      <w:proofErr w:type="spellStart"/>
      <w:r w:rsidRPr="00534C57">
        <w:rPr>
          <w:rFonts w:cs="Times New Roman"/>
          <w:b/>
          <w:lang w:val="ru-RU"/>
        </w:rPr>
        <w:t>бірдей</w:t>
      </w:r>
      <w:proofErr w:type="spellEnd"/>
      <w:r w:rsidRPr="003C35C7">
        <w:rPr>
          <w:rFonts w:cs="Times New Roman"/>
          <w:b/>
        </w:rPr>
        <w:t xml:space="preserve"> </w:t>
      </w:r>
      <w:proofErr w:type="spellStart"/>
      <w:r w:rsidRPr="00534C57">
        <w:rPr>
          <w:rFonts w:cs="Times New Roman"/>
          <w:b/>
          <w:lang w:val="ru-RU"/>
        </w:rPr>
        <w:t>тексеру</w:t>
      </w:r>
      <w:proofErr w:type="spellEnd"/>
      <w:r w:rsidRPr="003C35C7">
        <w:rPr>
          <w:rFonts w:cs="Times New Roman"/>
          <w:b/>
        </w:rPr>
        <w:t xml:space="preserve"> </w:t>
      </w:r>
      <w:proofErr w:type="spellStart"/>
      <w:r w:rsidRPr="00534C57">
        <w:rPr>
          <w:rFonts w:cs="Times New Roman"/>
          <w:b/>
          <w:lang w:val="ru-RU"/>
        </w:rPr>
        <w:t>тәсілдерін</w:t>
      </w:r>
      <w:proofErr w:type="spellEnd"/>
      <w:r w:rsidRPr="003C35C7">
        <w:rPr>
          <w:rFonts w:cs="Times New Roman"/>
          <w:b/>
        </w:rPr>
        <w:t xml:space="preserve"> </w:t>
      </w:r>
      <w:proofErr w:type="spellStart"/>
      <w:r w:rsidRPr="00534C57">
        <w:rPr>
          <w:rFonts w:cs="Times New Roman"/>
          <w:b/>
          <w:lang w:val="ru-RU"/>
        </w:rPr>
        <w:t>және</w:t>
      </w:r>
      <w:proofErr w:type="spellEnd"/>
      <w:r w:rsidRPr="003C35C7">
        <w:rPr>
          <w:rFonts w:cs="Times New Roman"/>
          <w:b/>
        </w:rPr>
        <w:t xml:space="preserve"> </w:t>
      </w:r>
      <w:proofErr w:type="spellStart"/>
      <w:r w:rsidRPr="00534C57">
        <w:rPr>
          <w:rFonts w:cs="Times New Roman"/>
          <w:b/>
          <w:lang w:val="ru-RU"/>
        </w:rPr>
        <w:t>бірыңғай</w:t>
      </w:r>
      <w:proofErr w:type="spellEnd"/>
      <w:r w:rsidRPr="003C35C7">
        <w:rPr>
          <w:rFonts w:cs="Times New Roman"/>
          <w:b/>
        </w:rPr>
        <w:t xml:space="preserve"> </w:t>
      </w:r>
      <w:proofErr w:type="spellStart"/>
      <w:r w:rsidRPr="00534C57">
        <w:rPr>
          <w:rFonts w:cs="Times New Roman"/>
          <w:b/>
          <w:lang w:val="ru-RU"/>
        </w:rPr>
        <w:t>талаптарды</w:t>
      </w:r>
      <w:proofErr w:type="spellEnd"/>
      <w:r w:rsidRPr="003C35C7">
        <w:rPr>
          <w:rFonts w:cs="Times New Roman"/>
          <w:b/>
        </w:rPr>
        <w:t xml:space="preserve"> </w:t>
      </w:r>
      <w:proofErr w:type="spellStart"/>
      <w:r w:rsidRPr="00534C57">
        <w:rPr>
          <w:rFonts w:cs="Times New Roman"/>
          <w:b/>
          <w:lang w:val="ru-RU"/>
        </w:rPr>
        <w:t>қолдануға</w:t>
      </w:r>
      <w:proofErr w:type="spellEnd"/>
      <w:r w:rsidRPr="003C35C7">
        <w:rPr>
          <w:rFonts w:cs="Times New Roman"/>
          <w:b/>
        </w:rPr>
        <w:t xml:space="preserve"> </w:t>
      </w:r>
      <w:proofErr w:type="spellStart"/>
      <w:r w:rsidRPr="00534C57">
        <w:rPr>
          <w:rFonts w:cs="Times New Roman"/>
          <w:b/>
          <w:lang w:val="ru-RU"/>
        </w:rPr>
        <w:t>тиіс</w:t>
      </w:r>
      <w:proofErr w:type="spellEnd"/>
      <w:r w:rsidRPr="003C35C7">
        <w:rPr>
          <w:rFonts w:cs="Times New Roman"/>
          <w:b/>
        </w:rPr>
        <w:t>.</w:t>
      </w:r>
    </w:p>
    <w:p w14:paraId="5DA3FB62" w14:textId="77777777" w:rsidR="008A442E" w:rsidRPr="003C35C7" w:rsidRDefault="0045585D" w:rsidP="00534C57">
      <w:pPr>
        <w:jc w:val="both"/>
        <w:rPr>
          <w:rFonts w:cs="Times New Roman"/>
        </w:rPr>
      </w:pPr>
      <w:r w:rsidRPr="003C35C7">
        <w:rPr>
          <w:rFonts w:cs="Times New Roman"/>
          <w:b/>
        </w:rPr>
        <w:t xml:space="preserve">12.4. </w:t>
      </w:r>
      <w:proofErr w:type="spellStart"/>
      <w:r w:rsidRPr="00534C57">
        <w:rPr>
          <w:rFonts w:cs="Times New Roman"/>
          <w:b/>
          <w:lang w:val="ru-RU"/>
        </w:rPr>
        <w:t>Объектілер</w:t>
      </w:r>
      <w:proofErr w:type="spellEnd"/>
      <w:r w:rsidRPr="003C35C7">
        <w:rPr>
          <w:rFonts w:cs="Times New Roman"/>
          <w:b/>
        </w:rPr>
        <w:t xml:space="preserve"> </w:t>
      </w:r>
      <w:proofErr w:type="spellStart"/>
      <w:r w:rsidRPr="00534C57">
        <w:rPr>
          <w:rFonts w:cs="Times New Roman"/>
          <w:b/>
          <w:lang w:val="ru-RU"/>
        </w:rPr>
        <w:t>санына</w:t>
      </w:r>
      <w:proofErr w:type="spellEnd"/>
      <w:r w:rsidRPr="003C35C7">
        <w:rPr>
          <w:rFonts w:cs="Times New Roman"/>
          <w:b/>
        </w:rPr>
        <w:t xml:space="preserve">, </w:t>
      </w:r>
      <w:proofErr w:type="spellStart"/>
      <w:r w:rsidRPr="00534C57">
        <w:rPr>
          <w:rFonts w:cs="Times New Roman"/>
          <w:b/>
          <w:lang w:val="ru-RU"/>
        </w:rPr>
        <w:t>тәжірибенің</w:t>
      </w:r>
      <w:proofErr w:type="spellEnd"/>
      <w:r w:rsidRPr="003C35C7">
        <w:rPr>
          <w:rFonts w:cs="Times New Roman"/>
          <w:b/>
        </w:rPr>
        <w:t xml:space="preserve"> </w:t>
      </w:r>
      <w:proofErr w:type="spellStart"/>
      <w:r w:rsidRPr="00534C57">
        <w:rPr>
          <w:rFonts w:cs="Times New Roman"/>
          <w:b/>
          <w:lang w:val="ru-RU"/>
        </w:rPr>
        <w:t>ұзақтығына</w:t>
      </w:r>
      <w:proofErr w:type="spellEnd"/>
      <w:r w:rsidRPr="003C35C7">
        <w:rPr>
          <w:rFonts w:cs="Times New Roman"/>
          <w:b/>
        </w:rPr>
        <w:t xml:space="preserve">, </w:t>
      </w:r>
      <w:proofErr w:type="spellStart"/>
      <w:r w:rsidRPr="00534C57">
        <w:rPr>
          <w:rFonts w:cs="Times New Roman"/>
          <w:b/>
          <w:lang w:val="ru-RU"/>
        </w:rPr>
        <w:t>қаржылық</w:t>
      </w:r>
      <w:proofErr w:type="spellEnd"/>
      <w:r w:rsidRPr="003C35C7">
        <w:rPr>
          <w:rFonts w:cs="Times New Roman"/>
          <w:b/>
        </w:rPr>
        <w:t xml:space="preserve"> </w:t>
      </w:r>
      <w:proofErr w:type="spellStart"/>
      <w:r w:rsidRPr="00534C57">
        <w:rPr>
          <w:rFonts w:cs="Times New Roman"/>
          <w:b/>
          <w:lang w:val="ru-RU"/>
        </w:rPr>
        <w:t>көрсеткіштерге</w:t>
      </w:r>
      <w:proofErr w:type="spellEnd"/>
      <w:r w:rsidRPr="003C35C7">
        <w:rPr>
          <w:rFonts w:cs="Times New Roman"/>
          <w:b/>
        </w:rPr>
        <w:t xml:space="preserve">, </w:t>
      </w:r>
      <w:proofErr w:type="spellStart"/>
      <w:r w:rsidRPr="00534C57">
        <w:rPr>
          <w:rFonts w:cs="Times New Roman"/>
          <w:b/>
          <w:lang w:val="ru-RU"/>
        </w:rPr>
        <w:t>келушілер</w:t>
      </w:r>
      <w:proofErr w:type="spellEnd"/>
      <w:r w:rsidRPr="003C35C7">
        <w:rPr>
          <w:rFonts w:cs="Times New Roman"/>
          <w:b/>
        </w:rPr>
        <w:t xml:space="preserve"> </w:t>
      </w:r>
      <w:proofErr w:type="spellStart"/>
      <w:r w:rsidRPr="00534C57">
        <w:rPr>
          <w:rFonts w:cs="Times New Roman"/>
          <w:b/>
          <w:lang w:val="ru-RU"/>
        </w:rPr>
        <w:t>санына</w:t>
      </w:r>
      <w:proofErr w:type="spellEnd"/>
      <w:r w:rsidRPr="003C35C7">
        <w:rPr>
          <w:rFonts w:cs="Times New Roman"/>
          <w:b/>
        </w:rPr>
        <w:t xml:space="preserve"> </w:t>
      </w:r>
      <w:proofErr w:type="spellStart"/>
      <w:r w:rsidRPr="00534C57">
        <w:rPr>
          <w:rFonts w:cs="Times New Roman"/>
          <w:b/>
          <w:lang w:val="ru-RU"/>
        </w:rPr>
        <w:t>және</w:t>
      </w:r>
      <w:proofErr w:type="spellEnd"/>
      <w:r w:rsidRPr="003C35C7">
        <w:rPr>
          <w:rFonts w:cs="Times New Roman"/>
          <w:b/>
        </w:rPr>
        <w:t xml:space="preserve"> </w:t>
      </w:r>
      <w:proofErr w:type="spellStart"/>
      <w:r w:rsidRPr="00534C57">
        <w:rPr>
          <w:rFonts w:cs="Times New Roman"/>
          <w:b/>
          <w:lang w:val="ru-RU"/>
        </w:rPr>
        <w:t>кадрлық</w:t>
      </w:r>
      <w:proofErr w:type="spellEnd"/>
      <w:r w:rsidRPr="003C35C7">
        <w:rPr>
          <w:rFonts w:cs="Times New Roman"/>
          <w:b/>
        </w:rPr>
        <w:t xml:space="preserve"> </w:t>
      </w:r>
      <w:proofErr w:type="spellStart"/>
      <w:r w:rsidRPr="00534C57">
        <w:rPr>
          <w:rFonts w:cs="Times New Roman"/>
          <w:b/>
          <w:lang w:val="ru-RU"/>
        </w:rPr>
        <w:t>ресурстарға</w:t>
      </w:r>
      <w:proofErr w:type="spellEnd"/>
      <w:r w:rsidRPr="003C35C7">
        <w:rPr>
          <w:rFonts w:cs="Times New Roman"/>
          <w:b/>
        </w:rPr>
        <w:t xml:space="preserve"> </w:t>
      </w:r>
      <w:proofErr w:type="spellStart"/>
      <w:r w:rsidRPr="00534C57">
        <w:rPr>
          <w:rFonts w:cs="Times New Roman"/>
          <w:b/>
          <w:lang w:val="ru-RU"/>
        </w:rPr>
        <w:t>қойылатын</w:t>
      </w:r>
      <w:proofErr w:type="spellEnd"/>
      <w:r w:rsidRPr="003C35C7">
        <w:rPr>
          <w:rFonts w:cs="Times New Roman"/>
          <w:b/>
        </w:rPr>
        <w:t xml:space="preserve"> </w:t>
      </w:r>
      <w:proofErr w:type="spellStart"/>
      <w:r w:rsidRPr="00534C57">
        <w:rPr>
          <w:rFonts w:cs="Times New Roman"/>
          <w:b/>
          <w:lang w:val="ru-RU"/>
        </w:rPr>
        <w:t>талаптар</w:t>
      </w:r>
      <w:proofErr w:type="spellEnd"/>
      <w:r w:rsidRPr="003C35C7">
        <w:rPr>
          <w:rFonts w:cs="Times New Roman"/>
          <w:b/>
        </w:rPr>
        <w:t xml:space="preserve"> </w:t>
      </w:r>
      <w:proofErr w:type="spellStart"/>
      <w:r w:rsidRPr="00534C57">
        <w:rPr>
          <w:rFonts w:cs="Times New Roman"/>
          <w:b/>
          <w:lang w:val="ru-RU"/>
        </w:rPr>
        <w:t>берілетін</w:t>
      </w:r>
      <w:proofErr w:type="spellEnd"/>
      <w:r w:rsidRPr="003C35C7">
        <w:rPr>
          <w:rFonts w:cs="Times New Roman"/>
          <w:b/>
        </w:rPr>
        <w:t xml:space="preserve"> </w:t>
      </w:r>
      <w:proofErr w:type="spellStart"/>
      <w:r w:rsidRPr="00534C57">
        <w:rPr>
          <w:rFonts w:cs="Times New Roman"/>
          <w:b/>
          <w:lang w:val="ru-RU"/>
        </w:rPr>
        <w:t>Объектінің</w:t>
      </w:r>
      <w:proofErr w:type="spellEnd"/>
      <w:r w:rsidRPr="003C35C7">
        <w:rPr>
          <w:rFonts w:cs="Times New Roman"/>
          <w:b/>
        </w:rPr>
        <w:t xml:space="preserve"> </w:t>
      </w:r>
      <w:proofErr w:type="spellStart"/>
      <w:r w:rsidRPr="00534C57">
        <w:rPr>
          <w:rFonts w:cs="Times New Roman"/>
          <w:b/>
          <w:lang w:val="ru-RU"/>
        </w:rPr>
        <w:t>сипаттамаларына</w:t>
      </w:r>
      <w:proofErr w:type="spellEnd"/>
      <w:r w:rsidRPr="003C35C7">
        <w:rPr>
          <w:rFonts w:cs="Times New Roman"/>
          <w:b/>
        </w:rPr>
        <w:t xml:space="preserve">, </w:t>
      </w:r>
      <w:proofErr w:type="spellStart"/>
      <w:r w:rsidRPr="00534C57">
        <w:rPr>
          <w:rFonts w:cs="Times New Roman"/>
          <w:b/>
          <w:lang w:val="ru-RU"/>
        </w:rPr>
        <w:t>құнына</w:t>
      </w:r>
      <w:proofErr w:type="spellEnd"/>
      <w:r w:rsidRPr="003C35C7">
        <w:rPr>
          <w:rFonts w:cs="Times New Roman"/>
          <w:b/>
        </w:rPr>
        <w:t xml:space="preserve">, </w:t>
      </w:r>
      <w:proofErr w:type="spellStart"/>
      <w:r w:rsidRPr="00534C57">
        <w:rPr>
          <w:rFonts w:cs="Times New Roman"/>
          <w:b/>
          <w:lang w:val="ru-RU"/>
        </w:rPr>
        <w:t>инженерлік</w:t>
      </w:r>
      <w:proofErr w:type="spellEnd"/>
      <w:r w:rsidRPr="003C35C7">
        <w:rPr>
          <w:rFonts w:cs="Times New Roman"/>
          <w:b/>
        </w:rPr>
        <w:t xml:space="preserve"> </w:t>
      </w:r>
      <w:proofErr w:type="spellStart"/>
      <w:r w:rsidRPr="00534C57">
        <w:rPr>
          <w:rFonts w:cs="Times New Roman"/>
          <w:b/>
          <w:lang w:val="ru-RU"/>
        </w:rPr>
        <w:t>күрделілігіне</w:t>
      </w:r>
      <w:proofErr w:type="spellEnd"/>
      <w:r w:rsidRPr="003C35C7">
        <w:rPr>
          <w:rFonts w:cs="Times New Roman"/>
          <w:b/>
        </w:rPr>
        <w:t xml:space="preserve"> </w:t>
      </w:r>
      <w:proofErr w:type="spellStart"/>
      <w:r w:rsidRPr="00534C57">
        <w:rPr>
          <w:rFonts w:cs="Times New Roman"/>
          <w:b/>
          <w:lang w:val="ru-RU"/>
        </w:rPr>
        <w:t>және</w:t>
      </w:r>
      <w:proofErr w:type="spellEnd"/>
      <w:r w:rsidRPr="003C35C7">
        <w:rPr>
          <w:rFonts w:cs="Times New Roman"/>
          <w:b/>
        </w:rPr>
        <w:t xml:space="preserve"> </w:t>
      </w:r>
      <w:proofErr w:type="spellStart"/>
      <w:r w:rsidRPr="00534C57">
        <w:rPr>
          <w:rFonts w:cs="Times New Roman"/>
          <w:b/>
          <w:lang w:val="ru-RU"/>
        </w:rPr>
        <w:t>жоспарланған</w:t>
      </w:r>
      <w:proofErr w:type="spellEnd"/>
      <w:r w:rsidRPr="003C35C7">
        <w:rPr>
          <w:rFonts w:cs="Times New Roman"/>
          <w:b/>
        </w:rPr>
        <w:t xml:space="preserve"> </w:t>
      </w:r>
      <w:proofErr w:type="spellStart"/>
      <w:r w:rsidRPr="00534C57">
        <w:rPr>
          <w:rFonts w:cs="Times New Roman"/>
          <w:b/>
          <w:lang w:val="ru-RU"/>
        </w:rPr>
        <w:t>жүктемесіне</w:t>
      </w:r>
      <w:proofErr w:type="spellEnd"/>
      <w:r w:rsidRPr="003C35C7">
        <w:rPr>
          <w:rFonts w:cs="Times New Roman"/>
          <w:b/>
        </w:rPr>
        <w:t xml:space="preserve"> </w:t>
      </w:r>
      <w:proofErr w:type="spellStart"/>
      <w:r w:rsidRPr="00534C57">
        <w:rPr>
          <w:rFonts w:cs="Times New Roman"/>
          <w:b/>
          <w:lang w:val="ru-RU"/>
        </w:rPr>
        <w:t>мөлшерлес</w:t>
      </w:r>
      <w:proofErr w:type="spellEnd"/>
      <w:r w:rsidRPr="003C35C7">
        <w:rPr>
          <w:rFonts w:cs="Times New Roman"/>
          <w:b/>
        </w:rPr>
        <w:t xml:space="preserve"> </w:t>
      </w:r>
      <w:proofErr w:type="spellStart"/>
      <w:r w:rsidRPr="00534C57">
        <w:rPr>
          <w:rFonts w:cs="Times New Roman"/>
          <w:b/>
          <w:lang w:val="ru-RU"/>
        </w:rPr>
        <w:t>болуы</w:t>
      </w:r>
      <w:proofErr w:type="spellEnd"/>
      <w:r w:rsidRPr="003C35C7">
        <w:rPr>
          <w:rFonts w:cs="Times New Roman"/>
          <w:b/>
        </w:rPr>
        <w:t xml:space="preserve"> </w:t>
      </w:r>
      <w:proofErr w:type="spellStart"/>
      <w:r w:rsidRPr="00534C57">
        <w:rPr>
          <w:rFonts w:cs="Times New Roman"/>
          <w:b/>
          <w:lang w:val="ru-RU"/>
        </w:rPr>
        <w:t>және</w:t>
      </w:r>
      <w:proofErr w:type="spellEnd"/>
      <w:r w:rsidRPr="003C35C7">
        <w:rPr>
          <w:rFonts w:cs="Times New Roman"/>
          <w:b/>
        </w:rPr>
        <w:t xml:space="preserve"> </w:t>
      </w:r>
      <w:proofErr w:type="spellStart"/>
      <w:r w:rsidRPr="00534C57">
        <w:rPr>
          <w:rFonts w:cs="Times New Roman"/>
          <w:b/>
          <w:lang w:val="ru-RU"/>
        </w:rPr>
        <w:t>объективті</w:t>
      </w:r>
      <w:proofErr w:type="spellEnd"/>
      <w:r w:rsidRPr="003C35C7">
        <w:rPr>
          <w:rFonts w:cs="Times New Roman"/>
          <w:b/>
        </w:rPr>
        <w:t xml:space="preserve"> </w:t>
      </w:r>
      <w:proofErr w:type="spellStart"/>
      <w:r w:rsidRPr="00534C57">
        <w:rPr>
          <w:rFonts w:cs="Times New Roman"/>
          <w:b/>
          <w:lang w:val="ru-RU"/>
        </w:rPr>
        <w:t>негіздемеге</w:t>
      </w:r>
      <w:proofErr w:type="spellEnd"/>
      <w:r w:rsidRPr="003C35C7">
        <w:rPr>
          <w:rFonts w:cs="Times New Roman"/>
          <w:b/>
        </w:rPr>
        <w:t xml:space="preserve"> </w:t>
      </w:r>
      <w:proofErr w:type="spellStart"/>
      <w:r w:rsidRPr="00534C57">
        <w:rPr>
          <w:rFonts w:cs="Times New Roman"/>
          <w:b/>
          <w:lang w:val="ru-RU"/>
        </w:rPr>
        <w:t>ие</w:t>
      </w:r>
      <w:proofErr w:type="spellEnd"/>
      <w:r w:rsidRPr="003C35C7">
        <w:rPr>
          <w:rFonts w:cs="Times New Roman"/>
          <w:b/>
        </w:rPr>
        <w:t xml:space="preserve"> </w:t>
      </w:r>
      <w:proofErr w:type="spellStart"/>
      <w:r w:rsidRPr="00534C57">
        <w:rPr>
          <w:rFonts w:cs="Times New Roman"/>
          <w:b/>
          <w:lang w:val="ru-RU"/>
        </w:rPr>
        <w:t>болуы</w:t>
      </w:r>
      <w:proofErr w:type="spellEnd"/>
      <w:r w:rsidRPr="003C35C7">
        <w:rPr>
          <w:rFonts w:cs="Times New Roman"/>
          <w:b/>
        </w:rPr>
        <w:t xml:space="preserve"> </w:t>
      </w:r>
      <w:proofErr w:type="spellStart"/>
      <w:r w:rsidRPr="00534C57">
        <w:rPr>
          <w:rFonts w:cs="Times New Roman"/>
          <w:b/>
          <w:lang w:val="ru-RU"/>
        </w:rPr>
        <w:t>тиіс</w:t>
      </w:r>
      <w:proofErr w:type="spellEnd"/>
      <w:r w:rsidRPr="003C35C7">
        <w:rPr>
          <w:rFonts w:cs="Times New Roman"/>
          <w:b/>
        </w:rPr>
        <w:t>.</w:t>
      </w:r>
    </w:p>
    <w:sectPr w:rsidR="008A442E" w:rsidRPr="003C35C7"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6F06A2C2"/>
    <w:lvl w:ilvl="0">
      <w:start w:val="1"/>
      <w:numFmt w:val="bullet"/>
      <w:pStyle w:val="a0"/>
      <w:lvlText w:val=""/>
      <w:lvlJc w:val="left"/>
      <w:pPr>
        <w:tabs>
          <w:tab w:val="num" w:pos="360"/>
        </w:tabs>
        <w:ind w:left="360" w:hanging="360"/>
      </w:pPr>
      <w:rPr>
        <w:rFonts w:ascii="Symbol" w:hAnsi="Symbol" w:hint="default"/>
      </w:rPr>
    </w:lvl>
  </w:abstractNum>
  <w:num w:numId="1" w16cid:durableId="64299629">
    <w:abstractNumId w:val="8"/>
  </w:num>
  <w:num w:numId="2" w16cid:durableId="962273370">
    <w:abstractNumId w:val="6"/>
  </w:num>
  <w:num w:numId="3" w16cid:durableId="384453320">
    <w:abstractNumId w:val="5"/>
  </w:num>
  <w:num w:numId="4" w16cid:durableId="33432231">
    <w:abstractNumId w:val="4"/>
  </w:num>
  <w:num w:numId="5" w16cid:durableId="1574700341">
    <w:abstractNumId w:val="7"/>
  </w:num>
  <w:num w:numId="6" w16cid:durableId="564335658">
    <w:abstractNumId w:val="3"/>
  </w:num>
  <w:num w:numId="7" w16cid:durableId="1092239309">
    <w:abstractNumId w:val="2"/>
  </w:num>
  <w:num w:numId="8" w16cid:durableId="874658950">
    <w:abstractNumId w:val="1"/>
  </w:num>
  <w:num w:numId="9" w16cid:durableId="56242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35C7"/>
    <w:rsid w:val="0045585D"/>
    <w:rsid w:val="00480E47"/>
    <w:rsid w:val="0048277F"/>
    <w:rsid w:val="00534C57"/>
    <w:rsid w:val="006F7B1E"/>
    <w:rsid w:val="0089467B"/>
    <w:rsid w:val="008A442E"/>
    <w:rsid w:val="00AA1D8D"/>
    <w:rsid w:val="00B47730"/>
    <w:rsid w:val="00C9027C"/>
    <w:rsid w:val="00CB0664"/>
    <w:rsid w:val="00DF19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7EC1C7"/>
  <w14:defaultImageDpi w14:val="300"/>
  <w15:docId w15:val="{E425E4B9-8D96-445A-B6C7-394EF999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79740-9064-467B-9DBF-B20A0FCEF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1825</Words>
  <Characters>10409</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Жаукебай Абай</cp:lastModifiedBy>
  <cp:revision>5</cp:revision>
  <dcterms:created xsi:type="dcterms:W3CDTF">2026-10-01T09:29:00Z</dcterms:created>
  <dcterms:modified xsi:type="dcterms:W3CDTF">2026-10-05T12:31:00Z</dcterms:modified>
  <cp:category/>
</cp:coreProperties>
</file>